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DFC2A" w14:textId="1FFA58D6" w:rsidR="00265A80" w:rsidRDefault="00265A80">
      <w:pPr>
        <w:pStyle w:val="Tytu"/>
        <w:jc w:val="center"/>
      </w:pPr>
      <w:r>
        <w:rPr>
          <w:rFonts w:ascii="Arial" w:hAnsi="Arial" w:cs="Arial"/>
          <w:noProof/>
          <w:lang w:val="pl-PL" w:eastAsia="pl-PL"/>
        </w:rPr>
        <w:drawing>
          <wp:inline distT="0" distB="0" distL="0" distR="0" wp14:anchorId="622EBA85" wp14:editId="35B663AC">
            <wp:extent cx="5724525" cy="5245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1F696" w14:textId="77777777" w:rsidR="00265A80" w:rsidRDefault="00265A80">
      <w:pPr>
        <w:pStyle w:val="Tytu"/>
        <w:jc w:val="center"/>
      </w:pPr>
    </w:p>
    <w:p w14:paraId="2F8C08AF" w14:textId="05DA02E4" w:rsidR="00741720" w:rsidRDefault="00741720" w:rsidP="00741720">
      <w:pPr>
        <w:pStyle w:val="Tytu"/>
        <w:jc w:val="right"/>
        <w:rPr>
          <w:rFonts w:ascii="Arial" w:hAnsi="Arial" w:cs="Arial"/>
          <w:sz w:val="16"/>
          <w:szCs w:val="16"/>
          <w:lang w:val="pl-PL"/>
        </w:rPr>
      </w:pPr>
      <w:r w:rsidRPr="00B17B9D">
        <w:rPr>
          <w:lang w:val="pl-PL"/>
        </w:rPr>
        <w:t xml:space="preserve">                                                                                        </w:t>
      </w:r>
      <w:r w:rsidRPr="00741720">
        <w:rPr>
          <w:rFonts w:ascii="Arial" w:hAnsi="Arial" w:cs="Arial"/>
          <w:sz w:val="16"/>
          <w:szCs w:val="16"/>
          <w:lang w:val="pl-PL"/>
        </w:rPr>
        <w:t>Załącznik nr 1 do Regulamin</w:t>
      </w:r>
      <w:r>
        <w:rPr>
          <w:rFonts w:ascii="Arial" w:hAnsi="Arial" w:cs="Arial"/>
          <w:sz w:val="16"/>
          <w:szCs w:val="16"/>
          <w:lang w:val="pl-PL"/>
        </w:rPr>
        <w:t>u</w:t>
      </w:r>
      <w:r w:rsidRPr="00741720">
        <w:rPr>
          <w:rFonts w:ascii="Arial" w:hAnsi="Arial" w:cs="Arial"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 xml:space="preserve">                    </w:t>
      </w:r>
      <w:r w:rsidRPr="00741720">
        <w:rPr>
          <w:rFonts w:ascii="Arial" w:hAnsi="Arial" w:cs="Arial"/>
          <w:sz w:val="16"/>
          <w:szCs w:val="16"/>
          <w:lang w:val="pl-PL"/>
        </w:rPr>
        <w:t xml:space="preserve">Otwartego Naboru Partnera </w:t>
      </w:r>
    </w:p>
    <w:p w14:paraId="582C3F63" w14:textId="17AD983B" w:rsidR="0060142C" w:rsidRDefault="00741720" w:rsidP="00741720">
      <w:pPr>
        <w:pStyle w:val="Tytu"/>
        <w:jc w:val="right"/>
        <w:rPr>
          <w:rFonts w:ascii="Arial" w:hAnsi="Arial" w:cs="Arial"/>
          <w:sz w:val="16"/>
          <w:szCs w:val="16"/>
          <w:lang w:val="pl-PL"/>
        </w:rPr>
      </w:pPr>
      <w:r w:rsidRPr="00741720">
        <w:rPr>
          <w:rFonts w:ascii="Arial" w:hAnsi="Arial" w:cs="Arial"/>
          <w:sz w:val="16"/>
          <w:szCs w:val="16"/>
          <w:lang w:val="pl-PL"/>
        </w:rPr>
        <w:t>Społeczno-</w:t>
      </w:r>
      <w:r w:rsidR="00F90843" w:rsidRPr="00741720">
        <w:rPr>
          <w:rFonts w:ascii="Arial" w:hAnsi="Arial" w:cs="Arial"/>
          <w:sz w:val="16"/>
          <w:szCs w:val="16"/>
          <w:lang w:val="pl-PL"/>
        </w:rPr>
        <w:t>Gospodarcz</w:t>
      </w:r>
      <w:r w:rsidR="00F90843">
        <w:rPr>
          <w:rFonts w:ascii="Arial" w:hAnsi="Arial" w:cs="Arial"/>
          <w:sz w:val="16"/>
          <w:szCs w:val="16"/>
          <w:lang w:val="pl-PL"/>
        </w:rPr>
        <w:t>ego</w:t>
      </w:r>
    </w:p>
    <w:p w14:paraId="0CB61229" w14:textId="56B42640" w:rsidR="00265A80" w:rsidRPr="00741720" w:rsidRDefault="0060142C" w:rsidP="00741720">
      <w:pPr>
        <w:pStyle w:val="Tytu"/>
        <w:jc w:val="right"/>
        <w:rPr>
          <w:rFonts w:ascii="Arial" w:hAnsi="Arial" w:cs="Arial"/>
          <w:sz w:val="16"/>
          <w:szCs w:val="16"/>
          <w:lang w:val="pl-PL"/>
        </w:rPr>
      </w:pPr>
      <w:r w:rsidRPr="00B17B9D">
        <w:rPr>
          <w:lang w:val="pl-PL"/>
        </w:rPr>
        <w:t xml:space="preserve"> </w:t>
      </w:r>
      <w:r w:rsidRPr="0060142C">
        <w:rPr>
          <w:rFonts w:ascii="Arial" w:hAnsi="Arial" w:cs="Arial"/>
          <w:sz w:val="16"/>
          <w:szCs w:val="16"/>
          <w:lang w:val="pl-PL"/>
        </w:rPr>
        <w:t>ogłoszonego przez Gminę Brzeg</w:t>
      </w:r>
    </w:p>
    <w:p w14:paraId="2F61EFF2" w14:textId="393DA37F" w:rsidR="00B748A5" w:rsidRPr="00265A80" w:rsidRDefault="00693110">
      <w:pPr>
        <w:pStyle w:val="Tytu"/>
        <w:jc w:val="center"/>
        <w:rPr>
          <w:lang w:val="pl-PL"/>
        </w:rPr>
      </w:pPr>
      <w:r w:rsidRPr="00265A80">
        <w:rPr>
          <w:lang w:val="pl-PL"/>
        </w:rPr>
        <w:t>FORMULARZ OFERTY</w:t>
      </w:r>
    </w:p>
    <w:p w14:paraId="0F38127E" w14:textId="77777777" w:rsidR="00E511E9" w:rsidRDefault="00E511E9">
      <w:pPr>
        <w:spacing w:after="80"/>
        <w:jc w:val="center"/>
        <w:rPr>
          <w:b/>
          <w:lang w:val="pl-PL"/>
        </w:rPr>
      </w:pPr>
    </w:p>
    <w:p w14:paraId="5B3EDD45" w14:textId="79B5DA22" w:rsidR="00B748A5" w:rsidRPr="00265A80" w:rsidRDefault="00693110">
      <w:pPr>
        <w:spacing w:after="80"/>
        <w:jc w:val="center"/>
        <w:rPr>
          <w:b/>
          <w:lang w:val="pl-PL"/>
        </w:rPr>
      </w:pPr>
      <w:r w:rsidRPr="00265A80">
        <w:rPr>
          <w:b/>
          <w:lang w:val="pl-PL"/>
        </w:rPr>
        <w:t>w otwartym naborze partnera do projektu pn. „Brzeg Blisko Mieszkańców – mobilna przestrzeń spotkań na obszarze rewitalizacji”</w:t>
      </w:r>
    </w:p>
    <w:p w14:paraId="3BB0AF53" w14:textId="77777777" w:rsidR="00265A80" w:rsidRPr="00265A80" w:rsidRDefault="00265A80" w:rsidP="00265A80">
      <w:pPr>
        <w:spacing w:after="80"/>
        <w:jc w:val="center"/>
        <w:rPr>
          <w:lang w:val="pl-PL"/>
        </w:rPr>
      </w:pPr>
      <w:r w:rsidRPr="00265A80">
        <w:rPr>
          <w:lang w:val="pl-PL"/>
        </w:rPr>
        <w:t>w ramach konkursu „Regionalne Granty na Rewitalizację” realizowanego przez Zarząd Województwa Opolskiego w ramach REGIONY REWITALIZACJI Edycja 3.0,</w:t>
      </w:r>
    </w:p>
    <w:p w14:paraId="6AB01424" w14:textId="0442DECB" w:rsidR="00265A80" w:rsidRPr="00265A80" w:rsidRDefault="00265A80" w:rsidP="00265A80">
      <w:pPr>
        <w:spacing w:after="80"/>
        <w:jc w:val="center"/>
        <w:rPr>
          <w:lang w:val="pl-PL"/>
        </w:rPr>
      </w:pPr>
      <w:r w:rsidRPr="00265A80">
        <w:rPr>
          <w:lang w:val="pl-PL"/>
        </w:rPr>
        <w:t>finansowanego ze środków programu PTFE 2021-2027 oraz budżetu państwa</w:t>
      </w:r>
    </w:p>
    <w:p w14:paraId="15BB8F6A" w14:textId="77777777" w:rsidR="00B748A5" w:rsidRPr="00265A80" w:rsidRDefault="00693110">
      <w:pPr>
        <w:pStyle w:val="Nagwek1"/>
        <w:rPr>
          <w:lang w:val="pl-PL"/>
        </w:rPr>
      </w:pPr>
      <w:r w:rsidRPr="00265A80">
        <w:rPr>
          <w:lang w:val="pl-PL"/>
        </w:rPr>
        <w:t>I. Dane oferenta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6088"/>
      </w:tblGrid>
      <w:tr w:rsidR="00B748A5" w:rsidRPr="00265A80" w14:paraId="46D9C753" w14:textId="77777777" w:rsidTr="00B17B9D">
        <w:trPr>
          <w:jc w:val="center"/>
        </w:trPr>
        <w:tc>
          <w:tcPr>
            <w:tcW w:w="3544" w:type="dxa"/>
          </w:tcPr>
          <w:p w14:paraId="4D46315E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Nazwa podmiotu</w:t>
            </w:r>
          </w:p>
          <w:p w14:paraId="577985D6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6C1042A6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3E40461F" w14:textId="77777777" w:rsidTr="00B17B9D">
        <w:trPr>
          <w:jc w:val="center"/>
        </w:trPr>
        <w:tc>
          <w:tcPr>
            <w:tcW w:w="3544" w:type="dxa"/>
          </w:tcPr>
          <w:p w14:paraId="18E0C036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Forma prawna</w:t>
            </w:r>
          </w:p>
          <w:p w14:paraId="2BC0A015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17CA12CF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69D31A4E" w14:textId="77777777" w:rsidTr="00B17B9D">
        <w:trPr>
          <w:jc w:val="center"/>
        </w:trPr>
        <w:tc>
          <w:tcPr>
            <w:tcW w:w="3544" w:type="dxa"/>
          </w:tcPr>
          <w:p w14:paraId="013AA206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KRS / inny rejestr</w:t>
            </w:r>
          </w:p>
          <w:p w14:paraId="42CEF292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183CA6AE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13E1A240" w14:textId="77777777" w:rsidTr="00B17B9D">
        <w:trPr>
          <w:jc w:val="center"/>
        </w:trPr>
        <w:tc>
          <w:tcPr>
            <w:tcW w:w="3544" w:type="dxa"/>
          </w:tcPr>
          <w:p w14:paraId="41C12B83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NIP / REGON</w:t>
            </w:r>
          </w:p>
          <w:p w14:paraId="62A50BE8" w14:textId="6E1549E8" w:rsidR="007F3E93" w:rsidRPr="00265A80" w:rsidRDefault="007F3E93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70C6C0DC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7F09C2E8" w14:textId="77777777" w:rsidTr="00B17B9D">
        <w:trPr>
          <w:jc w:val="center"/>
        </w:trPr>
        <w:tc>
          <w:tcPr>
            <w:tcW w:w="3544" w:type="dxa"/>
          </w:tcPr>
          <w:p w14:paraId="148F0D44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Adres siedziby</w:t>
            </w:r>
          </w:p>
          <w:p w14:paraId="521A1B22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4E8FD5CC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0FD3192E" w14:textId="77777777" w:rsidTr="00B17B9D">
        <w:trPr>
          <w:jc w:val="center"/>
        </w:trPr>
        <w:tc>
          <w:tcPr>
            <w:tcW w:w="3544" w:type="dxa"/>
          </w:tcPr>
          <w:p w14:paraId="4EFC9C94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Adres do korespondencji</w:t>
            </w:r>
          </w:p>
          <w:p w14:paraId="34872948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40477151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3BAFE748" w14:textId="77777777" w:rsidTr="00B17B9D">
        <w:trPr>
          <w:jc w:val="center"/>
        </w:trPr>
        <w:tc>
          <w:tcPr>
            <w:tcW w:w="3544" w:type="dxa"/>
          </w:tcPr>
          <w:p w14:paraId="4C0FC06B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E-mail / telefon</w:t>
            </w:r>
          </w:p>
          <w:p w14:paraId="3079AAA4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46942082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623BA79F" w14:textId="77777777" w:rsidTr="00B17B9D">
        <w:trPr>
          <w:jc w:val="center"/>
        </w:trPr>
        <w:tc>
          <w:tcPr>
            <w:tcW w:w="3544" w:type="dxa"/>
          </w:tcPr>
          <w:p w14:paraId="13559CDE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Osoby uprawnione do reprezentacji</w:t>
            </w:r>
          </w:p>
          <w:p w14:paraId="664876A4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04FC6858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5E0AAA7C" w14:textId="77777777" w:rsidTr="00B17B9D">
        <w:trPr>
          <w:jc w:val="center"/>
        </w:trPr>
        <w:tc>
          <w:tcPr>
            <w:tcW w:w="3544" w:type="dxa"/>
          </w:tcPr>
          <w:p w14:paraId="566FBBE0" w14:textId="77777777" w:rsidR="00B748A5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Osoba do kontaktu</w:t>
            </w:r>
          </w:p>
          <w:p w14:paraId="259A6CAF" w14:textId="77777777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30483AF6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7A7BEE" w:rsidRPr="00E2586A" w14:paraId="71F0F82B" w14:textId="77777777" w:rsidTr="007A7BEE">
        <w:trPr>
          <w:jc w:val="center"/>
        </w:trPr>
        <w:tc>
          <w:tcPr>
            <w:tcW w:w="3544" w:type="dxa"/>
          </w:tcPr>
          <w:p w14:paraId="36BA8D03" w14:textId="4EE7413C" w:rsidR="007A7BEE" w:rsidRDefault="007A7BEE">
            <w:pPr>
              <w:rPr>
                <w:lang w:val="pl-PL"/>
              </w:rPr>
            </w:pPr>
            <w:r w:rsidRPr="007A7BEE">
              <w:rPr>
                <w:lang w:val="pl-PL"/>
              </w:rPr>
              <w:t>E-mail / telefon</w:t>
            </w:r>
            <w:r>
              <w:rPr>
                <w:lang w:val="pl-PL"/>
              </w:rPr>
              <w:t xml:space="preserve"> osoby do kontaktu </w:t>
            </w:r>
          </w:p>
          <w:p w14:paraId="339EC606" w14:textId="4A83A0BF" w:rsidR="007A7BEE" w:rsidRPr="00265A80" w:rsidRDefault="007A7BEE">
            <w:pPr>
              <w:rPr>
                <w:lang w:val="pl-PL"/>
              </w:rPr>
            </w:pPr>
          </w:p>
        </w:tc>
        <w:tc>
          <w:tcPr>
            <w:tcW w:w="6088" w:type="dxa"/>
          </w:tcPr>
          <w:p w14:paraId="6D1FA45A" w14:textId="77777777" w:rsidR="007A7BEE" w:rsidRPr="00265A80" w:rsidRDefault="007A7BEE">
            <w:pPr>
              <w:rPr>
                <w:lang w:val="pl-PL"/>
              </w:rPr>
            </w:pPr>
          </w:p>
        </w:tc>
      </w:tr>
    </w:tbl>
    <w:p w14:paraId="5A3B3CF3" w14:textId="77777777" w:rsidR="00B748A5" w:rsidRPr="00265A80" w:rsidRDefault="00693110">
      <w:pPr>
        <w:pStyle w:val="Nagwek1"/>
        <w:rPr>
          <w:lang w:val="pl-PL"/>
        </w:rPr>
      </w:pPr>
      <w:r w:rsidRPr="00265A80">
        <w:rPr>
          <w:lang w:val="pl-PL"/>
        </w:rPr>
        <w:t>II. Status i spełnienie warunków udziału</w:t>
      </w:r>
    </w:p>
    <w:p w14:paraId="2D9E1151" w14:textId="18BE78AF" w:rsidR="00B748A5" w:rsidRPr="00B17B9D" w:rsidRDefault="00693110">
      <w:pPr>
        <w:spacing w:after="80"/>
        <w:rPr>
          <w:b/>
          <w:lang w:val="pl-PL"/>
        </w:rPr>
      </w:pPr>
      <w:r w:rsidRPr="00265A80">
        <w:rPr>
          <w:lang w:val="pl-PL"/>
        </w:rPr>
        <w:t xml:space="preserve">Oferent posiada siedzibę lub prowadzi działalność na terenie województwa opolskiego: </w:t>
      </w:r>
      <w:r w:rsidRPr="00B17B9D">
        <w:rPr>
          <w:b/>
          <w:lang w:val="pl-PL"/>
        </w:rPr>
        <w:t>TAK / NIE</w:t>
      </w:r>
      <w:r w:rsidR="007A7BEE" w:rsidRPr="00B17B9D">
        <w:rPr>
          <w:b/>
          <w:lang w:val="pl-PL"/>
        </w:rPr>
        <w:t>*</w:t>
      </w:r>
    </w:p>
    <w:p w14:paraId="240B1E81" w14:textId="5B56C82C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Oferent jest organizacją pozarządową / spółdzielnią socjalną / innym partnerem społeczno-gospodarczym (wskazać): …</w:t>
      </w:r>
      <w:r w:rsidR="007A7BEE">
        <w:rPr>
          <w:lang w:val="pl-PL"/>
        </w:rPr>
        <w:t>............</w:t>
      </w:r>
      <w:r w:rsidRPr="00265A80">
        <w:rPr>
          <w:lang w:val="pl-PL"/>
        </w:rPr>
        <w:t>…………</w:t>
      </w:r>
    </w:p>
    <w:p w14:paraId="5E289BE7" w14:textId="507E4E3A" w:rsidR="007A7BEE" w:rsidRPr="00B17B9D" w:rsidRDefault="00693110">
      <w:pPr>
        <w:spacing w:after="80"/>
        <w:rPr>
          <w:b/>
          <w:lang w:val="pl-PL"/>
        </w:rPr>
      </w:pPr>
      <w:r w:rsidRPr="00265A80">
        <w:rPr>
          <w:lang w:val="pl-PL"/>
        </w:rPr>
        <w:t xml:space="preserve">Cele i działania statutowe obejmują zakres zgodny z projektem: </w:t>
      </w:r>
      <w:r w:rsidRPr="00B17B9D">
        <w:rPr>
          <w:b/>
          <w:lang w:val="pl-PL"/>
        </w:rPr>
        <w:t>TAK / NIE</w:t>
      </w:r>
      <w:r w:rsidR="007A7BEE" w:rsidRPr="00B17B9D">
        <w:rPr>
          <w:b/>
          <w:lang w:val="pl-PL"/>
        </w:rPr>
        <w:t>*</w:t>
      </w:r>
    </w:p>
    <w:p w14:paraId="599DF8AE" w14:textId="188BD4EC" w:rsidR="00B748A5" w:rsidRDefault="00693110">
      <w:pPr>
        <w:spacing w:after="80"/>
        <w:rPr>
          <w:lang w:val="pl-PL"/>
        </w:rPr>
      </w:pPr>
      <w:r w:rsidRPr="00265A80">
        <w:rPr>
          <w:lang w:val="pl-PL"/>
        </w:rPr>
        <w:t>Proszę wskazać właściwe postanowienia statutu: ……</w:t>
      </w:r>
      <w:r w:rsidR="007A7BEE">
        <w:rPr>
          <w:lang w:val="pl-PL"/>
        </w:rPr>
        <w:t>..................................................................</w:t>
      </w:r>
      <w:r w:rsidRPr="00265A80">
        <w:rPr>
          <w:lang w:val="pl-PL"/>
        </w:rPr>
        <w:t>………</w:t>
      </w:r>
    </w:p>
    <w:p w14:paraId="120962C5" w14:textId="0D1ED957" w:rsidR="007A7BEE" w:rsidRPr="00265A80" w:rsidRDefault="007A7BEE">
      <w:pPr>
        <w:spacing w:after="80"/>
        <w:rPr>
          <w:lang w:val="pl-PL"/>
        </w:rPr>
      </w:pPr>
      <w:r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31993181" w14:textId="77777777" w:rsidR="007A7BEE" w:rsidRDefault="007A7BEE" w:rsidP="00B17B9D">
      <w:pPr>
        <w:pStyle w:val="Akapitzlist"/>
        <w:spacing w:after="80"/>
        <w:rPr>
          <w:lang w:val="pl-PL"/>
        </w:rPr>
      </w:pPr>
    </w:p>
    <w:p w14:paraId="1C59FF6F" w14:textId="47743102" w:rsidR="00B748A5" w:rsidRPr="007A7BEE" w:rsidRDefault="007A7BEE" w:rsidP="00B17B9D">
      <w:pPr>
        <w:pStyle w:val="Akapitzlist"/>
        <w:spacing w:after="80"/>
        <w:rPr>
          <w:lang w:val="pl-PL"/>
        </w:rPr>
      </w:pPr>
      <w:r w:rsidRPr="00B17B9D">
        <w:rPr>
          <w:sz w:val="36"/>
          <w:szCs w:val="36"/>
          <w:lang w:val="pl-PL"/>
        </w:rPr>
        <w:t>*</w:t>
      </w:r>
      <w:r>
        <w:rPr>
          <w:lang w:val="pl-PL"/>
        </w:rPr>
        <w:t>- niewłaściwe skreślić</w:t>
      </w:r>
    </w:p>
    <w:p w14:paraId="43A8FF18" w14:textId="4F88FA4F" w:rsidR="00B748A5" w:rsidRPr="00265A80" w:rsidRDefault="00693110">
      <w:pPr>
        <w:pStyle w:val="Nagwek1"/>
        <w:rPr>
          <w:lang w:val="pl-PL"/>
        </w:rPr>
      </w:pPr>
      <w:r w:rsidRPr="00265A80">
        <w:rPr>
          <w:lang w:val="pl-PL"/>
        </w:rPr>
        <w:lastRenderedPageBreak/>
        <w:t xml:space="preserve">III. Koncepcja </w:t>
      </w:r>
      <w:r w:rsidR="000928B0">
        <w:rPr>
          <w:lang w:val="pl-PL"/>
        </w:rPr>
        <w:t>realizacji wydarzeń i udziału</w:t>
      </w:r>
      <w:r w:rsidR="000928B0" w:rsidRPr="00265A80">
        <w:rPr>
          <w:lang w:val="pl-PL"/>
        </w:rPr>
        <w:t xml:space="preserve"> </w:t>
      </w:r>
      <w:r w:rsidRPr="00265A80">
        <w:rPr>
          <w:lang w:val="pl-PL"/>
        </w:rPr>
        <w:t>w projekcie</w:t>
      </w:r>
    </w:p>
    <w:p w14:paraId="454F1748" w14:textId="638573D2" w:rsidR="00B748A5" w:rsidRPr="00265A80" w:rsidRDefault="007A7BEE">
      <w:pPr>
        <w:spacing w:after="80"/>
        <w:rPr>
          <w:lang w:val="pl-PL"/>
        </w:rPr>
      </w:pPr>
      <w:r>
        <w:rPr>
          <w:b/>
          <w:lang w:val="pl-PL"/>
        </w:rPr>
        <w:t>Należy podać l</w:t>
      </w:r>
      <w:r w:rsidR="00693110" w:rsidRPr="00265A80">
        <w:rPr>
          <w:b/>
          <w:lang w:val="pl-PL"/>
        </w:rPr>
        <w:t>iczb</w:t>
      </w:r>
      <w:r>
        <w:rPr>
          <w:b/>
          <w:lang w:val="pl-PL"/>
        </w:rPr>
        <w:t>ę</w:t>
      </w:r>
      <w:r w:rsidR="00693110" w:rsidRPr="00265A80">
        <w:rPr>
          <w:b/>
          <w:lang w:val="pl-PL"/>
        </w:rPr>
        <w:t xml:space="preserve"> </w:t>
      </w:r>
      <w:r w:rsidR="00BC0BFD">
        <w:rPr>
          <w:b/>
          <w:lang w:val="pl-PL"/>
        </w:rPr>
        <w:t>i</w:t>
      </w:r>
      <w:r w:rsidR="002844D2">
        <w:rPr>
          <w:b/>
          <w:lang w:val="pl-PL"/>
        </w:rPr>
        <w:t xml:space="preserve"> opis </w:t>
      </w:r>
      <w:r w:rsidR="00693110" w:rsidRPr="00265A80">
        <w:rPr>
          <w:b/>
          <w:lang w:val="pl-PL"/>
        </w:rPr>
        <w:t xml:space="preserve">wydarzeń, które oferent deklaruje zrealizować </w:t>
      </w:r>
      <w:r w:rsidR="00693110" w:rsidRPr="00B17B9D">
        <w:rPr>
          <w:b/>
          <w:lang w:val="pl-PL"/>
        </w:rPr>
        <w:t>(</w:t>
      </w:r>
      <w:r w:rsidRPr="00B17B9D">
        <w:rPr>
          <w:b/>
          <w:lang w:val="pl-PL"/>
        </w:rPr>
        <w:t xml:space="preserve">minimum </w:t>
      </w:r>
      <w:r w:rsidR="002844D2" w:rsidRPr="00B17B9D">
        <w:rPr>
          <w:b/>
          <w:lang w:val="pl-PL"/>
        </w:rPr>
        <w:t>4</w:t>
      </w:r>
      <w:r w:rsidRPr="00B17B9D">
        <w:rPr>
          <w:b/>
          <w:lang w:val="pl-PL"/>
        </w:rPr>
        <w:t xml:space="preserve"> wydarzenia</w:t>
      </w:r>
      <w:r w:rsidR="00693110" w:rsidRPr="00B17B9D">
        <w:rPr>
          <w:b/>
          <w:lang w:val="pl-PL"/>
        </w:rPr>
        <w:t>)</w:t>
      </w:r>
      <w:r w:rsidRPr="00B17B9D">
        <w:rPr>
          <w:b/>
          <w:lang w:val="pl-PL"/>
        </w:rPr>
        <w:t xml:space="preserve"> </w:t>
      </w:r>
      <w:r w:rsidRPr="007F3E93">
        <w:rPr>
          <w:b/>
          <w:lang w:val="pl-PL"/>
        </w:rPr>
        <w:t>proponowane tytuły, tematy i lokalizacje wydarzeń, czas trwania</w:t>
      </w:r>
      <w:r>
        <w:rPr>
          <w:b/>
          <w:lang w:val="pl-PL"/>
        </w:rPr>
        <w:t xml:space="preserve"> wydarzeń,  </w:t>
      </w:r>
      <w:r w:rsidRPr="00B17B9D">
        <w:rPr>
          <w:lang w:val="pl-PL"/>
        </w:rPr>
        <w:t xml:space="preserve"> </w:t>
      </w:r>
      <w:r>
        <w:rPr>
          <w:b/>
          <w:lang w:val="pl-PL"/>
        </w:rPr>
        <w:t xml:space="preserve">opis programu, zajęć warsztatów oraz </w:t>
      </w:r>
      <w:r w:rsidRPr="007A7BEE">
        <w:rPr>
          <w:b/>
          <w:lang w:val="pl-PL"/>
        </w:rPr>
        <w:t>grup docelowych</w:t>
      </w:r>
      <w:r>
        <w:rPr>
          <w:b/>
          <w:lang w:val="pl-PL"/>
        </w:rPr>
        <w:t>, s</w:t>
      </w:r>
      <w:r w:rsidRPr="007A7BEE">
        <w:rPr>
          <w:b/>
          <w:lang w:val="pl-PL"/>
        </w:rPr>
        <w:t>posób dotarcia do mieszkańców obszaru rewitalizacji</w:t>
      </w:r>
      <w:r w:rsidR="00D63A7B">
        <w:rPr>
          <w:b/>
          <w:lang w:val="pl-PL"/>
        </w:rPr>
        <w:t xml:space="preserve">. </w:t>
      </w:r>
      <w:r w:rsidR="00D63A7B" w:rsidRPr="00D63A7B">
        <w:rPr>
          <w:b/>
          <w:lang w:val="pl-PL"/>
        </w:rPr>
        <w:t>Opis działań zapewniających dostępność i udział osób ze szczególnymi potrzebami</w:t>
      </w:r>
      <w:r>
        <w:rPr>
          <w:b/>
          <w:lang w:val="pl-PL"/>
        </w:rPr>
        <w:t xml:space="preserve"> Proszę opisać sposób</w:t>
      </w:r>
      <w:r w:rsidRPr="00265A80">
        <w:rPr>
          <w:b/>
          <w:lang w:val="pl-PL"/>
        </w:rPr>
        <w:t xml:space="preserve"> współpracy z Gminą Brzeg</w:t>
      </w:r>
      <w:r>
        <w:rPr>
          <w:b/>
          <w:lang w:val="pl-PL"/>
        </w:rPr>
        <w:t xml:space="preserve"> w ramach projektu. </w:t>
      </w:r>
    </w:p>
    <w:p w14:paraId="063CFDA7" w14:textId="55A16833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............................................................................</w:t>
      </w:r>
      <w:r w:rsidR="00D63A7B">
        <w:rPr>
          <w:lang w:val="pl-PL"/>
        </w:rPr>
        <w:t>............................</w:t>
      </w:r>
      <w:r w:rsidRPr="00265A80">
        <w:rPr>
          <w:lang w:val="pl-PL"/>
        </w:rPr>
        <w:t>............................................................</w:t>
      </w:r>
      <w:r w:rsidRPr="00265A80">
        <w:rPr>
          <w:lang w:val="pl-PL"/>
        </w:rPr>
        <w:br/>
        <w:t>..........................................................</w:t>
      </w:r>
      <w:r w:rsidR="00D63A7B">
        <w:rPr>
          <w:lang w:val="pl-PL"/>
        </w:rPr>
        <w:t>............................</w:t>
      </w:r>
      <w:r w:rsidRPr="00265A80">
        <w:rPr>
          <w:lang w:val="pl-PL"/>
        </w:rPr>
        <w:t>..............................................................................</w:t>
      </w:r>
      <w:r w:rsidRPr="00265A80">
        <w:rPr>
          <w:lang w:val="pl-PL"/>
        </w:rPr>
        <w:br/>
        <w:t>...............................................................................................................................</w:t>
      </w:r>
      <w:r w:rsidR="00D63A7B">
        <w:rPr>
          <w:lang w:val="pl-PL"/>
        </w:rPr>
        <w:t>.............................</w:t>
      </w:r>
      <w:r w:rsidRPr="00265A80">
        <w:rPr>
          <w:lang w:val="pl-PL"/>
        </w:rPr>
        <w:t>.........</w:t>
      </w:r>
    </w:p>
    <w:p w14:paraId="57974995" w14:textId="0858B262" w:rsidR="00D63A7B" w:rsidRPr="00D63A7B" w:rsidRDefault="00693110" w:rsidP="00D63A7B">
      <w:pPr>
        <w:spacing w:after="80"/>
        <w:rPr>
          <w:lang w:val="pl-PL"/>
        </w:rPr>
      </w:pPr>
      <w:r w:rsidRPr="00265A80">
        <w:rPr>
          <w:lang w:val="pl-PL"/>
        </w:rPr>
        <w:t>............................................................................................................................</w:t>
      </w:r>
      <w:r w:rsidR="00D63A7B">
        <w:rPr>
          <w:lang w:val="pl-PL"/>
        </w:rPr>
        <w:t>.............................</w:t>
      </w:r>
      <w:r w:rsidRPr="00265A80">
        <w:rPr>
          <w:lang w:val="pl-PL"/>
        </w:rPr>
        <w:t>............</w:t>
      </w:r>
      <w:r w:rsidRPr="00265A80">
        <w:rPr>
          <w:lang w:val="pl-PL"/>
        </w:rPr>
        <w:br/>
        <w:t>................................................................................................................................</w:t>
      </w:r>
      <w:r w:rsidR="00D63A7B">
        <w:rPr>
          <w:lang w:val="pl-PL"/>
        </w:rPr>
        <w:t>................................</w:t>
      </w:r>
      <w:r w:rsidRPr="00265A80">
        <w:rPr>
          <w:lang w:val="pl-PL"/>
        </w:rPr>
        <w:t>.....</w:t>
      </w:r>
      <w:r w:rsidR="00D63A7B" w:rsidRPr="00265A80" w:rsidDel="00D63A7B">
        <w:rPr>
          <w:lang w:val="pl-PL"/>
        </w:rPr>
        <w:t xml:space="preserve"> </w:t>
      </w:r>
      <w:r w:rsidRPr="00265A80">
        <w:rPr>
          <w:lang w:val="pl-PL"/>
        </w:rPr>
        <w:br/>
      </w:r>
      <w:r w:rsidR="00D63A7B"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61EEB43D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1D858392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.....................................................................................................................................................................</w:t>
      </w:r>
    </w:p>
    <w:p w14:paraId="261531BC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.....................................................................................................................................................................</w:t>
      </w:r>
    </w:p>
    <w:p w14:paraId="1621CDE5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 xml:space="preserve">..................................................................................................................................................................... </w:t>
      </w:r>
    </w:p>
    <w:p w14:paraId="133C5A86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0D699163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25FB3A1D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.....................................................................................................................................................................</w:t>
      </w:r>
    </w:p>
    <w:p w14:paraId="31F13863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.....................................................................................................................................................................</w:t>
      </w:r>
    </w:p>
    <w:p w14:paraId="0E0CFD3E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 xml:space="preserve">..................................................................................................................................................................... </w:t>
      </w:r>
    </w:p>
    <w:p w14:paraId="769AB4AF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28128E7E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6AF1476B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.....................................................................................................................................................................</w:t>
      </w:r>
    </w:p>
    <w:p w14:paraId="454DD74C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.....................................................................................................................................................................</w:t>
      </w:r>
    </w:p>
    <w:p w14:paraId="56494929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 xml:space="preserve">..................................................................................................................................................................... </w:t>
      </w:r>
    </w:p>
    <w:p w14:paraId="2EAF8411" w14:textId="528E4359" w:rsidR="00B748A5" w:rsidRPr="00265A80" w:rsidRDefault="00B748A5">
      <w:pPr>
        <w:spacing w:after="80"/>
        <w:rPr>
          <w:lang w:val="pl-PL"/>
        </w:rPr>
      </w:pPr>
    </w:p>
    <w:p w14:paraId="1E6A4663" w14:textId="3412DBD7" w:rsidR="00B748A5" w:rsidRPr="00265A80" w:rsidRDefault="00693110">
      <w:pPr>
        <w:pStyle w:val="Nagwek1"/>
        <w:rPr>
          <w:lang w:val="pl-PL"/>
        </w:rPr>
      </w:pPr>
      <w:r w:rsidRPr="00265A80">
        <w:rPr>
          <w:lang w:val="pl-PL"/>
        </w:rPr>
        <w:t>IV. Doświadczenie</w:t>
      </w:r>
      <w:r w:rsidR="00D63A7B">
        <w:rPr>
          <w:lang w:val="pl-PL"/>
        </w:rPr>
        <w:t xml:space="preserve"> oferenta w organizacji wydarzeń o podobnym charakterze jak te oferowane w ramach oferty: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8"/>
        <w:gridCol w:w="2779"/>
        <w:gridCol w:w="1605"/>
        <w:gridCol w:w="1605"/>
        <w:gridCol w:w="1617"/>
        <w:gridCol w:w="1605"/>
      </w:tblGrid>
      <w:tr w:rsidR="00B748A5" w:rsidRPr="00265A80" w14:paraId="0506A941" w14:textId="77777777" w:rsidTr="00C62BD0">
        <w:trPr>
          <w:tblHeader/>
          <w:jc w:val="center"/>
        </w:trPr>
        <w:tc>
          <w:tcPr>
            <w:tcW w:w="431" w:type="dxa"/>
            <w:shd w:val="clear" w:color="auto" w:fill="D9EAD3"/>
          </w:tcPr>
          <w:p w14:paraId="6E1AFF01" w14:textId="77777777" w:rsidR="00B748A5" w:rsidRPr="00265A80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Lp.</w:t>
            </w:r>
          </w:p>
        </w:tc>
        <w:tc>
          <w:tcPr>
            <w:tcW w:w="2779" w:type="dxa"/>
            <w:shd w:val="clear" w:color="auto" w:fill="D9EAD3"/>
          </w:tcPr>
          <w:p w14:paraId="1CB5CEAA" w14:textId="77777777" w:rsidR="00B748A5" w:rsidRPr="00265A80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Nazwa/rok działania</w:t>
            </w:r>
          </w:p>
        </w:tc>
        <w:tc>
          <w:tcPr>
            <w:tcW w:w="1605" w:type="dxa"/>
            <w:shd w:val="clear" w:color="auto" w:fill="D9EAD3"/>
          </w:tcPr>
          <w:p w14:paraId="05C608A2" w14:textId="77777777" w:rsidR="00B748A5" w:rsidRPr="00265A80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Grupa docelowa</w:t>
            </w:r>
          </w:p>
        </w:tc>
        <w:tc>
          <w:tcPr>
            <w:tcW w:w="1605" w:type="dxa"/>
            <w:shd w:val="clear" w:color="auto" w:fill="D9EAD3"/>
          </w:tcPr>
          <w:p w14:paraId="1945DD29" w14:textId="77777777" w:rsidR="00B748A5" w:rsidRPr="00265A80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Zakres i rola oferenta</w:t>
            </w:r>
          </w:p>
        </w:tc>
        <w:tc>
          <w:tcPr>
            <w:tcW w:w="1617" w:type="dxa"/>
            <w:shd w:val="clear" w:color="auto" w:fill="D9EAD3"/>
          </w:tcPr>
          <w:p w14:paraId="28422B1D" w14:textId="77777777" w:rsidR="00B748A5" w:rsidRPr="00265A80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Wartość/źródło finansowania</w:t>
            </w:r>
          </w:p>
        </w:tc>
        <w:tc>
          <w:tcPr>
            <w:tcW w:w="1605" w:type="dxa"/>
            <w:shd w:val="clear" w:color="auto" w:fill="D9EAD3"/>
          </w:tcPr>
          <w:p w14:paraId="0D7CBA60" w14:textId="77777777" w:rsidR="00B748A5" w:rsidRPr="00265A80" w:rsidRDefault="00693110">
            <w:pPr>
              <w:rPr>
                <w:lang w:val="pl-PL"/>
              </w:rPr>
            </w:pPr>
            <w:r w:rsidRPr="00265A80">
              <w:rPr>
                <w:lang w:val="pl-PL"/>
              </w:rPr>
              <w:t>Rezultaty</w:t>
            </w:r>
          </w:p>
        </w:tc>
      </w:tr>
      <w:tr w:rsidR="00B748A5" w:rsidRPr="00265A80" w14:paraId="73CCB53C" w14:textId="77777777" w:rsidTr="00C62BD0">
        <w:trPr>
          <w:jc w:val="center"/>
        </w:trPr>
        <w:tc>
          <w:tcPr>
            <w:tcW w:w="431" w:type="dxa"/>
          </w:tcPr>
          <w:p w14:paraId="5288896B" w14:textId="77777777" w:rsidR="00B748A5" w:rsidRDefault="00B748A5">
            <w:pPr>
              <w:rPr>
                <w:lang w:val="pl-PL"/>
              </w:rPr>
            </w:pPr>
          </w:p>
          <w:p w14:paraId="6B97D4D0" w14:textId="77777777" w:rsidR="00D63A7B" w:rsidRPr="00265A80" w:rsidRDefault="00D63A7B">
            <w:pPr>
              <w:rPr>
                <w:lang w:val="pl-PL"/>
              </w:rPr>
            </w:pPr>
          </w:p>
        </w:tc>
        <w:tc>
          <w:tcPr>
            <w:tcW w:w="2779" w:type="dxa"/>
          </w:tcPr>
          <w:p w14:paraId="3ACC243A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449697DE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604CEE79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17" w:type="dxa"/>
          </w:tcPr>
          <w:p w14:paraId="02657519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0949EB18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7F82EB7D" w14:textId="77777777" w:rsidTr="00C62BD0">
        <w:trPr>
          <w:jc w:val="center"/>
        </w:trPr>
        <w:tc>
          <w:tcPr>
            <w:tcW w:w="431" w:type="dxa"/>
          </w:tcPr>
          <w:p w14:paraId="5B0C9E31" w14:textId="77777777" w:rsidR="00B748A5" w:rsidRDefault="00B748A5">
            <w:pPr>
              <w:rPr>
                <w:lang w:val="pl-PL"/>
              </w:rPr>
            </w:pPr>
          </w:p>
          <w:p w14:paraId="0F51B481" w14:textId="77777777" w:rsidR="00D63A7B" w:rsidRPr="00265A80" w:rsidRDefault="00D63A7B">
            <w:pPr>
              <w:rPr>
                <w:lang w:val="pl-PL"/>
              </w:rPr>
            </w:pPr>
          </w:p>
        </w:tc>
        <w:tc>
          <w:tcPr>
            <w:tcW w:w="2779" w:type="dxa"/>
          </w:tcPr>
          <w:p w14:paraId="4C866AD7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5BBD99DD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13C4925F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17" w:type="dxa"/>
          </w:tcPr>
          <w:p w14:paraId="77300D3E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0978EF59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491D1621" w14:textId="77777777" w:rsidTr="00C62BD0">
        <w:trPr>
          <w:jc w:val="center"/>
        </w:trPr>
        <w:tc>
          <w:tcPr>
            <w:tcW w:w="431" w:type="dxa"/>
          </w:tcPr>
          <w:p w14:paraId="0E1DB337" w14:textId="77777777" w:rsidR="00B748A5" w:rsidRDefault="00B748A5">
            <w:pPr>
              <w:rPr>
                <w:lang w:val="pl-PL"/>
              </w:rPr>
            </w:pPr>
          </w:p>
          <w:p w14:paraId="5C912986" w14:textId="77777777" w:rsidR="00D63A7B" w:rsidRPr="00265A80" w:rsidRDefault="00D63A7B">
            <w:pPr>
              <w:rPr>
                <w:lang w:val="pl-PL"/>
              </w:rPr>
            </w:pPr>
          </w:p>
        </w:tc>
        <w:tc>
          <w:tcPr>
            <w:tcW w:w="2779" w:type="dxa"/>
          </w:tcPr>
          <w:p w14:paraId="47F2D11F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494D6B20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3A1394CD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17" w:type="dxa"/>
          </w:tcPr>
          <w:p w14:paraId="1C403EB6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67B29578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4EC35FFC" w14:textId="77777777" w:rsidTr="00C62BD0">
        <w:trPr>
          <w:jc w:val="center"/>
        </w:trPr>
        <w:tc>
          <w:tcPr>
            <w:tcW w:w="431" w:type="dxa"/>
          </w:tcPr>
          <w:p w14:paraId="247110A9" w14:textId="77777777" w:rsidR="00B748A5" w:rsidRDefault="00B748A5">
            <w:pPr>
              <w:rPr>
                <w:lang w:val="pl-PL"/>
              </w:rPr>
            </w:pPr>
          </w:p>
          <w:p w14:paraId="7BE6BB4A" w14:textId="77777777" w:rsidR="00D63A7B" w:rsidRPr="00265A80" w:rsidRDefault="00D63A7B">
            <w:pPr>
              <w:rPr>
                <w:lang w:val="pl-PL"/>
              </w:rPr>
            </w:pPr>
          </w:p>
        </w:tc>
        <w:tc>
          <w:tcPr>
            <w:tcW w:w="2779" w:type="dxa"/>
          </w:tcPr>
          <w:p w14:paraId="5DABF4C6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28DA498A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59440567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17" w:type="dxa"/>
          </w:tcPr>
          <w:p w14:paraId="21902B31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32D5CA6C" w14:textId="77777777" w:rsidR="00B748A5" w:rsidRPr="00265A80" w:rsidRDefault="00B748A5">
            <w:pPr>
              <w:rPr>
                <w:lang w:val="pl-PL"/>
              </w:rPr>
            </w:pPr>
          </w:p>
        </w:tc>
      </w:tr>
      <w:tr w:rsidR="00B748A5" w:rsidRPr="00265A80" w14:paraId="4D789A16" w14:textId="77777777" w:rsidTr="00C62BD0">
        <w:trPr>
          <w:jc w:val="center"/>
        </w:trPr>
        <w:tc>
          <w:tcPr>
            <w:tcW w:w="431" w:type="dxa"/>
          </w:tcPr>
          <w:p w14:paraId="2098E868" w14:textId="77777777" w:rsidR="00B748A5" w:rsidRDefault="00B748A5">
            <w:pPr>
              <w:rPr>
                <w:lang w:val="pl-PL"/>
              </w:rPr>
            </w:pPr>
          </w:p>
          <w:p w14:paraId="38461CB7" w14:textId="77777777" w:rsidR="00D63A7B" w:rsidRPr="00265A80" w:rsidRDefault="00D63A7B">
            <w:pPr>
              <w:rPr>
                <w:lang w:val="pl-PL"/>
              </w:rPr>
            </w:pPr>
          </w:p>
        </w:tc>
        <w:tc>
          <w:tcPr>
            <w:tcW w:w="2779" w:type="dxa"/>
          </w:tcPr>
          <w:p w14:paraId="74C86DF9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482FCCF6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6CD6DB99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17" w:type="dxa"/>
          </w:tcPr>
          <w:p w14:paraId="09B35B72" w14:textId="77777777" w:rsidR="00B748A5" w:rsidRPr="00265A80" w:rsidRDefault="00B748A5">
            <w:pPr>
              <w:rPr>
                <w:lang w:val="pl-PL"/>
              </w:rPr>
            </w:pPr>
          </w:p>
        </w:tc>
        <w:tc>
          <w:tcPr>
            <w:tcW w:w="1605" w:type="dxa"/>
          </w:tcPr>
          <w:p w14:paraId="40C7D664" w14:textId="77777777" w:rsidR="00B748A5" w:rsidRPr="00265A80" w:rsidRDefault="00B748A5">
            <w:pPr>
              <w:rPr>
                <w:lang w:val="pl-PL"/>
              </w:rPr>
            </w:pPr>
          </w:p>
        </w:tc>
      </w:tr>
    </w:tbl>
    <w:p w14:paraId="26BC1D14" w14:textId="36BA7E8E" w:rsidR="00B748A5" w:rsidRPr="00265A80" w:rsidRDefault="00693110">
      <w:pPr>
        <w:pStyle w:val="Nagwek1"/>
        <w:rPr>
          <w:lang w:val="pl-PL"/>
        </w:rPr>
      </w:pPr>
      <w:r w:rsidRPr="00265A80">
        <w:rPr>
          <w:lang w:val="pl-PL"/>
        </w:rPr>
        <w:lastRenderedPageBreak/>
        <w:t xml:space="preserve">V. Potencjał </w:t>
      </w:r>
      <w:r w:rsidR="00D63A7B">
        <w:rPr>
          <w:lang w:val="pl-PL"/>
        </w:rPr>
        <w:t xml:space="preserve">Oferenta: </w:t>
      </w:r>
    </w:p>
    <w:p w14:paraId="19B44F00" w14:textId="77777777" w:rsidR="00B748A5" w:rsidRPr="00265A80" w:rsidRDefault="00693110">
      <w:pPr>
        <w:spacing w:after="80"/>
        <w:rPr>
          <w:lang w:val="pl-PL"/>
        </w:rPr>
      </w:pPr>
      <w:r w:rsidRPr="00265A80">
        <w:rPr>
          <w:b/>
          <w:lang w:val="pl-PL"/>
        </w:rPr>
        <w:t>Potencjał kadrowy – osoby i kwalifikacje:</w:t>
      </w:r>
    </w:p>
    <w:p w14:paraId="35477876" w14:textId="77777777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........................................................................................................................................</w:t>
      </w:r>
      <w:r w:rsidRPr="00265A80">
        <w:rPr>
          <w:lang w:val="pl-PL"/>
        </w:rPr>
        <w:br/>
        <w:t>........................................................................................................................................</w:t>
      </w:r>
    </w:p>
    <w:p w14:paraId="11E508F5" w14:textId="77777777" w:rsidR="00B748A5" w:rsidRPr="00265A80" w:rsidRDefault="00693110">
      <w:pPr>
        <w:spacing w:after="80"/>
        <w:rPr>
          <w:lang w:val="pl-PL"/>
        </w:rPr>
      </w:pPr>
      <w:r w:rsidRPr="00265A80">
        <w:rPr>
          <w:b/>
          <w:lang w:val="pl-PL"/>
        </w:rPr>
        <w:t>Potencjał organizacyjny i techniczny:</w:t>
      </w:r>
    </w:p>
    <w:p w14:paraId="1A955A6D" w14:textId="77777777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........................................................................................................................................</w:t>
      </w:r>
      <w:r w:rsidRPr="00265A80">
        <w:rPr>
          <w:lang w:val="pl-PL"/>
        </w:rPr>
        <w:br/>
        <w:t>........................................................................................................................................</w:t>
      </w:r>
    </w:p>
    <w:p w14:paraId="6EBABCA5" w14:textId="648B4112" w:rsidR="00B748A5" w:rsidRPr="00265A80" w:rsidRDefault="00693110">
      <w:pPr>
        <w:spacing w:after="80"/>
        <w:rPr>
          <w:lang w:val="pl-PL"/>
        </w:rPr>
      </w:pPr>
      <w:r w:rsidRPr="00265A80">
        <w:rPr>
          <w:b/>
          <w:lang w:val="pl-PL"/>
        </w:rPr>
        <w:t>Potencjał finansowy zapewniający płynność realizacji</w:t>
      </w:r>
      <w:r w:rsidR="004A35DE">
        <w:rPr>
          <w:b/>
          <w:lang w:val="pl-PL"/>
        </w:rPr>
        <w:t xml:space="preserve"> ( obroty roczne z ostatnich 2 lat )</w:t>
      </w:r>
      <w:r w:rsidRPr="00265A80">
        <w:rPr>
          <w:b/>
          <w:lang w:val="pl-PL"/>
        </w:rPr>
        <w:t>:</w:t>
      </w:r>
    </w:p>
    <w:p w14:paraId="303AC2F0" w14:textId="77777777" w:rsidR="00D63A7B" w:rsidRPr="00D63A7B" w:rsidRDefault="00D63A7B" w:rsidP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....................................................................................................................................................................</w:t>
      </w:r>
    </w:p>
    <w:p w14:paraId="20822593" w14:textId="7C3E9E2F" w:rsidR="00B748A5" w:rsidRPr="00265A80" w:rsidRDefault="00D63A7B">
      <w:pPr>
        <w:spacing w:after="80"/>
        <w:rPr>
          <w:lang w:val="pl-PL"/>
        </w:rPr>
      </w:pPr>
      <w:r w:rsidRPr="00D63A7B">
        <w:rPr>
          <w:lang w:val="pl-PL"/>
        </w:rPr>
        <w:t>...................................................................................................................................................................</w:t>
      </w:r>
      <w:r w:rsidR="00693110" w:rsidRPr="00265A80">
        <w:rPr>
          <w:b/>
          <w:lang w:val="pl-PL"/>
        </w:rPr>
        <w:t>Ryzyka realizacyjne i sposób ich ograniczania:</w:t>
      </w:r>
    </w:p>
    <w:p w14:paraId="3BE82F1A" w14:textId="1F38A6B5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....................................................................................</w:t>
      </w:r>
      <w:r w:rsidR="00D63A7B">
        <w:rPr>
          <w:lang w:val="pl-PL"/>
        </w:rPr>
        <w:t>............................</w:t>
      </w:r>
      <w:r w:rsidRPr="00265A80">
        <w:rPr>
          <w:lang w:val="pl-PL"/>
        </w:rPr>
        <w:t>....................................................</w:t>
      </w:r>
      <w:r w:rsidRPr="00265A80">
        <w:rPr>
          <w:lang w:val="pl-PL"/>
        </w:rPr>
        <w:br/>
        <w:t>............................................................................................................</w:t>
      </w:r>
      <w:r w:rsidR="00D63A7B">
        <w:rPr>
          <w:lang w:val="pl-PL"/>
        </w:rPr>
        <w:t>...........................</w:t>
      </w:r>
      <w:r w:rsidRPr="00265A80">
        <w:rPr>
          <w:lang w:val="pl-PL"/>
        </w:rPr>
        <w:t>............................</w:t>
      </w:r>
    </w:p>
    <w:p w14:paraId="5563C2D9" w14:textId="6235C59E" w:rsidR="00B748A5" w:rsidRPr="00265A80" w:rsidRDefault="00693110">
      <w:pPr>
        <w:pStyle w:val="Nagwek1"/>
        <w:rPr>
          <w:lang w:val="pl-PL"/>
        </w:rPr>
      </w:pPr>
      <w:r w:rsidRPr="00265A80">
        <w:rPr>
          <w:lang w:val="pl-PL"/>
        </w:rPr>
        <w:t>VI. Deklarowany wkład partnera</w:t>
      </w:r>
      <w:r w:rsidR="00D63A7B">
        <w:rPr>
          <w:lang w:val="pl-PL"/>
        </w:rPr>
        <w:t xml:space="preserve"> w ramach projektu:</w:t>
      </w:r>
    </w:p>
    <w:p w14:paraId="6F36E6D4" w14:textId="77777777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Proszę opisać rzeczywisty i weryfikowalny wkład ludzki, organizacyjny, techniczny lub finansowy, który oferent wniesie do projektu:</w:t>
      </w:r>
    </w:p>
    <w:p w14:paraId="284257B7" w14:textId="672655E1" w:rsidR="00B748A5" w:rsidRPr="00265A80" w:rsidRDefault="00693110">
      <w:pPr>
        <w:spacing w:after="80"/>
        <w:rPr>
          <w:lang w:val="pl-PL"/>
        </w:rPr>
      </w:pPr>
      <w:r w:rsidRPr="00265A80">
        <w:rPr>
          <w:lang w:val="pl-PL"/>
        </w:rPr>
        <w:t>.....................................................................................................</w:t>
      </w:r>
      <w:r w:rsidR="00D63A7B">
        <w:rPr>
          <w:lang w:val="pl-PL"/>
        </w:rPr>
        <w:t>...........................</w:t>
      </w:r>
      <w:r w:rsidRPr="00265A80">
        <w:rPr>
          <w:lang w:val="pl-PL"/>
        </w:rPr>
        <w:t>...................................</w:t>
      </w:r>
      <w:r w:rsidRPr="00265A80">
        <w:rPr>
          <w:lang w:val="pl-PL"/>
        </w:rPr>
        <w:br/>
        <w:t>..........................................................................................................</w:t>
      </w:r>
      <w:r w:rsidR="00D63A7B">
        <w:rPr>
          <w:lang w:val="pl-PL"/>
        </w:rPr>
        <w:t>............................</w:t>
      </w:r>
      <w:r w:rsidRPr="00265A80">
        <w:rPr>
          <w:lang w:val="pl-PL"/>
        </w:rPr>
        <w:t>..............................</w:t>
      </w:r>
      <w:r w:rsidRPr="00265A80">
        <w:rPr>
          <w:lang w:val="pl-PL"/>
        </w:rPr>
        <w:br/>
        <w:t>..........................................................................................................</w:t>
      </w:r>
      <w:r w:rsidR="00D63A7B">
        <w:rPr>
          <w:lang w:val="pl-PL"/>
        </w:rPr>
        <w:t>.............................</w:t>
      </w:r>
      <w:r w:rsidRPr="00265A80">
        <w:rPr>
          <w:lang w:val="pl-PL"/>
        </w:rPr>
        <w:t>..............................</w:t>
      </w:r>
    </w:p>
    <w:p w14:paraId="142BD555" w14:textId="6506C4AC" w:rsidR="00B748A5" w:rsidRDefault="00693110">
      <w:pPr>
        <w:pStyle w:val="Nagwek1"/>
        <w:rPr>
          <w:lang w:val="pl-PL"/>
        </w:rPr>
      </w:pPr>
      <w:r w:rsidRPr="00265A80">
        <w:rPr>
          <w:lang w:val="pl-PL"/>
        </w:rPr>
        <w:t>VII. Budżet</w:t>
      </w:r>
      <w:r w:rsidR="000D339C">
        <w:rPr>
          <w:lang w:val="pl-PL"/>
        </w:rPr>
        <w:t xml:space="preserve"> proponowanych wydarzeń </w:t>
      </w:r>
    </w:p>
    <w:p w14:paraId="4FB3EE19" w14:textId="39CA5F42" w:rsidR="002844D2" w:rsidRPr="005B5D3B" w:rsidRDefault="002844D2" w:rsidP="00B17B9D">
      <w:pPr>
        <w:rPr>
          <w:lang w:val="pl-PL"/>
        </w:rPr>
      </w:pPr>
      <w:r>
        <w:rPr>
          <w:lang w:val="pl-PL"/>
        </w:rPr>
        <w:t>Łączna kwota wydatków …………………………….zł brutto</w:t>
      </w:r>
    </w:p>
    <w:p w14:paraId="70A3ED27" w14:textId="326A8836" w:rsidR="00B748A5" w:rsidRDefault="002844D2">
      <w:pPr>
        <w:spacing w:after="80"/>
        <w:rPr>
          <w:b/>
          <w:bCs/>
          <w:lang w:val="pl-PL"/>
        </w:rPr>
      </w:pPr>
      <w:r w:rsidRPr="00B17B9D">
        <w:rPr>
          <w:b/>
          <w:bCs/>
          <w:lang w:val="pl-PL"/>
        </w:rPr>
        <w:t>Wydarzenie 1</w:t>
      </w:r>
      <w:r w:rsidR="00BC0BFD">
        <w:rPr>
          <w:b/>
          <w:bCs/>
          <w:lang w:val="pl-PL"/>
        </w:rPr>
        <w:t xml:space="preserve">. </w:t>
      </w:r>
      <w:r w:rsidRPr="00B17B9D">
        <w:rPr>
          <w:b/>
          <w:bCs/>
          <w:lang w:val="pl-PL"/>
        </w:rPr>
        <w:t xml:space="preserve"> nazwa 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318"/>
        <w:gridCol w:w="1926"/>
        <w:gridCol w:w="1926"/>
        <w:gridCol w:w="1926"/>
      </w:tblGrid>
      <w:tr w:rsidR="00C070A9" w:rsidRPr="00265A80" w14:paraId="2113CD90" w14:textId="77777777" w:rsidTr="00DA7CD4">
        <w:tc>
          <w:tcPr>
            <w:tcW w:w="534" w:type="dxa"/>
            <w:shd w:val="clear" w:color="auto" w:fill="D9EAD3"/>
          </w:tcPr>
          <w:p w14:paraId="04110223" w14:textId="77777777" w:rsidR="00C070A9" w:rsidRPr="00265A80" w:rsidRDefault="00C070A9" w:rsidP="00DA7CD4">
            <w:pPr>
              <w:rPr>
                <w:lang w:val="pl-PL"/>
              </w:rPr>
            </w:pPr>
            <w:r w:rsidRPr="00265A80">
              <w:rPr>
                <w:lang w:val="pl-PL"/>
              </w:rPr>
              <w:t>Lp.</w:t>
            </w:r>
          </w:p>
        </w:tc>
        <w:tc>
          <w:tcPr>
            <w:tcW w:w="3318" w:type="dxa"/>
            <w:shd w:val="clear" w:color="auto" w:fill="D9EAD3"/>
          </w:tcPr>
          <w:p w14:paraId="1B8B99B0" w14:textId="77777777" w:rsidR="00C070A9" w:rsidRPr="00265A80" w:rsidRDefault="00C070A9" w:rsidP="00DA7CD4">
            <w:pPr>
              <w:rPr>
                <w:lang w:val="pl-PL"/>
              </w:rPr>
            </w:pPr>
            <w:r w:rsidRPr="00265A80">
              <w:rPr>
                <w:lang w:val="pl-PL"/>
              </w:rPr>
              <w:t>Kategoria wydatku</w:t>
            </w:r>
          </w:p>
        </w:tc>
        <w:tc>
          <w:tcPr>
            <w:tcW w:w="1926" w:type="dxa"/>
            <w:shd w:val="clear" w:color="auto" w:fill="D9EAD3"/>
          </w:tcPr>
          <w:p w14:paraId="5593A56A" w14:textId="77777777" w:rsidR="00C070A9" w:rsidRPr="00265A80" w:rsidRDefault="00C070A9" w:rsidP="00DA7CD4">
            <w:pPr>
              <w:rPr>
                <w:lang w:val="pl-PL"/>
              </w:rPr>
            </w:pPr>
            <w:r w:rsidRPr="00265A80">
              <w:rPr>
                <w:lang w:val="pl-PL"/>
              </w:rPr>
              <w:t>Opis i uzasadnienie</w:t>
            </w:r>
          </w:p>
        </w:tc>
        <w:tc>
          <w:tcPr>
            <w:tcW w:w="1926" w:type="dxa"/>
            <w:shd w:val="clear" w:color="auto" w:fill="D9EAD3"/>
          </w:tcPr>
          <w:p w14:paraId="1C3DC15B" w14:textId="77777777" w:rsidR="00C070A9" w:rsidRPr="00265A80" w:rsidRDefault="00C070A9" w:rsidP="00DA7CD4">
            <w:pPr>
              <w:rPr>
                <w:lang w:val="pl-PL"/>
              </w:rPr>
            </w:pPr>
            <w:r w:rsidRPr="00265A80">
              <w:rPr>
                <w:lang w:val="pl-PL"/>
              </w:rPr>
              <w:t>Ilość / cena jednostkowa</w:t>
            </w:r>
          </w:p>
        </w:tc>
        <w:tc>
          <w:tcPr>
            <w:tcW w:w="1926" w:type="dxa"/>
            <w:shd w:val="clear" w:color="auto" w:fill="D9EAD3"/>
          </w:tcPr>
          <w:p w14:paraId="082F7E7A" w14:textId="77777777" w:rsidR="00C070A9" w:rsidRPr="00265A80" w:rsidRDefault="00C070A9" w:rsidP="00DA7CD4">
            <w:pPr>
              <w:rPr>
                <w:lang w:val="pl-PL"/>
              </w:rPr>
            </w:pPr>
            <w:r w:rsidRPr="00265A80">
              <w:rPr>
                <w:lang w:val="pl-PL"/>
              </w:rPr>
              <w:t>Kwota brutto</w:t>
            </w:r>
          </w:p>
        </w:tc>
      </w:tr>
      <w:tr w:rsidR="00C070A9" w:rsidRPr="00265A80" w14:paraId="2EEC8D6B" w14:textId="77777777" w:rsidTr="00DA7CD4">
        <w:tc>
          <w:tcPr>
            <w:tcW w:w="534" w:type="dxa"/>
          </w:tcPr>
          <w:p w14:paraId="0FC1CC7B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18CE42E2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BE8946B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492AF2D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A57372C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C070A9" w:rsidRPr="00265A80" w14:paraId="197D05EF" w14:textId="77777777" w:rsidTr="00DA7CD4">
        <w:tc>
          <w:tcPr>
            <w:tcW w:w="534" w:type="dxa"/>
          </w:tcPr>
          <w:p w14:paraId="43FA1411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6BE0B3FA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6657BED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E50018D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E583883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C070A9" w:rsidRPr="00265A80" w14:paraId="69FB38FF" w14:textId="77777777" w:rsidTr="00DA7CD4">
        <w:tc>
          <w:tcPr>
            <w:tcW w:w="534" w:type="dxa"/>
          </w:tcPr>
          <w:p w14:paraId="6C595D8A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3B666E6B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3A6DF4D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3D18469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7D17826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C070A9" w:rsidRPr="00265A80" w14:paraId="19227F62" w14:textId="77777777" w:rsidTr="00DA7CD4">
        <w:tc>
          <w:tcPr>
            <w:tcW w:w="534" w:type="dxa"/>
          </w:tcPr>
          <w:p w14:paraId="65C67DC1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0AD33D44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4E21F9C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1E38F91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2079D19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C070A9" w:rsidRPr="00265A80" w14:paraId="3D4BDAED" w14:textId="77777777" w:rsidTr="00DA7CD4">
        <w:tc>
          <w:tcPr>
            <w:tcW w:w="534" w:type="dxa"/>
          </w:tcPr>
          <w:p w14:paraId="5B7D8806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79D83B92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77257BB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89C9F56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B999091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C070A9" w:rsidRPr="00265A80" w14:paraId="301B855E" w14:textId="77777777" w:rsidTr="00DA7CD4">
        <w:tc>
          <w:tcPr>
            <w:tcW w:w="534" w:type="dxa"/>
          </w:tcPr>
          <w:p w14:paraId="221A7E2E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6D677A82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5D3B83A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64F4B3C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B05FF2E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C070A9" w:rsidRPr="00265A80" w14:paraId="41282BD4" w14:textId="77777777" w:rsidTr="00DA7CD4">
        <w:tc>
          <w:tcPr>
            <w:tcW w:w="534" w:type="dxa"/>
          </w:tcPr>
          <w:p w14:paraId="2AD83227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4308D530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4E7762B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EAD2064" w14:textId="77777777" w:rsidR="00C070A9" w:rsidRPr="00265A80" w:rsidRDefault="00C070A9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2C09530" w14:textId="77777777" w:rsidR="00C070A9" w:rsidRPr="00265A80" w:rsidRDefault="00C070A9" w:rsidP="00DA7CD4">
            <w:pPr>
              <w:rPr>
                <w:lang w:val="pl-PL"/>
              </w:rPr>
            </w:pPr>
          </w:p>
        </w:tc>
      </w:tr>
      <w:tr w:rsidR="00D63A7B" w:rsidRPr="00265A80" w14:paraId="3BAC5E09" w14:textId="77777777" w:rsidTr="007E6EA9">
        <w:tc>
          <w:tcPr>
            <w:tcW w:w="5778" w:type="dxa"/>
            <w:gridSpan w:val="3"/>
            <w:tcBorders>
              <w:left w:val="nil"/>
              <w:bottom w:val="nil"/>
            </w:tcBorders>
          </w:tcPr>
          <w:p w14:paraId="3D48AFC5" w14:textId="77777777" w:rsidR="00D63A7B" w:rsidRPr="00265A80" w:rsidRDefault="00D63A7B" w:rsidP="00DA7CD4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88BF99A" w14:textId="77777777" w:rsidR="00D63A7B" w:rsidRPr="00265A80" w:rsidRDefault="00D63A7B" w:rsidP="00DA7CD4">
            <w:pPr>
              <w:rPr>
                <w:lang w:val="pl-PL"/>
              </w:rPr>
            </w:pPr>
            <w:r>
              <w:rPr>
                <w:lang w:val="pl-PL"/>
              </w:rPr>
              <w:t xml:space="preserve">              Razem</w:t>
            </w:r>
          </w:p>
        </w:tc>
        <w:tc>
          <w:tcPr>
            <w:tcW w:w="1926" w:type="dxa"/>
          </w:tcPr>
          <w:p w14:paraId="1CF3450A" w14:textId="77777777" w:rsidR="00D63A7B" w:rsidRPr="00265A80" w:rsidRDefault="00D63A7B" w:rsidP="00DA7CD4">
            <w:pPr>
              <w:rPr>
                <w:lang w:val="pl-PL"/>
              </w:rPr>
            </w:pPr>
          </w:p>
        </w:tc>
      </w:tr>
    </w:tbl>
    <w:p w14:paraId="6EFAB393" w14:textId="77777777" w:rsidR="00C070A9" w:rsidRPr="00B17B9D" w:rsidRDefault="00C070A9">
      <w:pPr>
        <w:spacing w:after="80"/>
        <w:rPr>
          <w:b/>
          <w:bCs/>
          <w:lang w:val="pl-PL"/>
        </w:rPr>
      </w:pPr>
    </w:p>
    <w:p w14:paraId="2570E833" w14:textId="6FB80F82" w:rsidR="002844D2" w:rsidRDefault="002844D2">
      <w:pPr>
        <w:pStyle w:val="Nagwek1"/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</w:pPr>
      <w:bookmarkStart w:id="0" w:name="_Hlk237002939"/>
      <w:r w:rsidRPr="00B17B9D"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  <w:t>Wydarzenie 2</w:t>
      </w:r>
      <w:bookmarkEnd w:id="0"/>
      <w:r w:rsidR="00BC0BFD"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  <w:t xml:space="preserve">. </w:t>
      </w:r>
      <w:r w:rsidR="00BC0BFD" w:rsidRPr="00BC0BFD"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  <w:t xml:space="preserve"> nazwa 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318"/>
        <w:gridCol w:w="1926"/>
        <w:gridCol w:w="1926"/>
        <w:gridCol w:w="1926"/>
      </w:tblGrid>
      <w:tr w:rsidR="009434FC" w:rsidRPr="00265A80" w14:paraId="7CB33DF2" w14:textId="77777777" w:rsidTr="00123EBC">
        <w:tc>
          <w:tcPr>
            <w:tcW w:w="534" w:type="dxa"/>
            <w:shd w:val="clear" w:color="auto" w:fill="D9EAD3"/>
          </w:tcPr>
          <w:p w14:paraId="0FACE56F" w14:textId="77777777" w:rsidR="009434FC" w:rsidRPr="00265A80" w:rsidRDefault="009434FC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Lp.</w:t>
            </w:r>
          </w:p>
        </w:tc>
        <w:tc>
          <w:tcPr>
            <w:tcW w:w="3318" w:type="dxa"/>
            <w:shd w:val="clear" w:color="auto" w:fill="D9EAD3"/>
          </w:tcPr>
          <w:p w14:paraId="76EA9B1A" w14:textId="77777777" w:rsidR="009434FC" w:rsidRPr="00265A80" w:rsidRDefault="009434FC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Kategoria wydatku</w:t>
            </w:r>
          </w:p>
        </w:tc>
        <w:tc>
          <w:tcPr>
            <w:tcW w:w="1926" w:type="dxa"/>
            <w:shd w:val="clear" w:color="auto" w:fill="D9EAD3"/>
          </w:tcPr>
          <w:p w14:paraId="214D3519" w14:textId="77777777" w:rsidR="009434FC" w:rsidRPr="00265A80" w:rsidRDefault="009434FC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Opis i uzasadnienie</w:t>
            </w:r>
          </w:p>
        </w:tc>
        <w:tc>
          <w:tcPr>
            <w:tcW w:w="1926" w:type="dxa"/>
            <w:shd w:val="clear" w:color="auto" w:fill="D9EAD3"/>
          </w:tcPr>
          <w:p w14:paraId="29FAD547" w14:textId="77777777" w:rsidR="009434FC" w:rsidRPr="00265A80" w:rsidRDefault="009434FC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Ilość / cena jednostkowa</w:t>
            </w:r>
          </w:p>
        </w:tc>
        <w:tc>
          <w:tcPr>
            <w:tcW w:w="1926" w:type="dxa"/>
            <w:shd w:val="clear" w:color="auto" w:fill="D9EAD3"/>
          </w:tcPr>
          <w:p w14:paraId="16D4CC6D" w14:textId="77777777" w:rsidR="009434FC" w:rsidRPr="00265A80" w:rsidRDefault="009434FC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Kwota brutto</w:t>
            </w:r>
          </w:p>
        </w:tc>
      </w:tr>
      <w:tr w:rsidR="009434FC" w:rsidRPr="00265A80" w14:paraId="7A7DD910" w14:textId="77777777" w:rsidTr="00123EBC">
        <w:tc>
          <w:tcPr>
            <w:tcW w:w="534" w:type="dxa"/>
          </w:tcPr>
          <w:p w14:paraId="035C70A4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0C5A03A5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44A9007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B845A7F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F90A103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0532BFB1" w14:textId="77777777" w:rsidTr="00123EBC">
        <w:tc>
          <w:tcPr>
            <w:tcW w:w="534" w:type="dxa"/>
          </w:tcPr>
          <w:p w14:paraId="48FD2702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32CE5CA8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1C56635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CEEDC89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28F7970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11DD1A34" w14:textId="77777777" w:rsidTr="00123EBC">
        <w:tc>
          <w:tcPr>
            <w:tcW w:w="534" w:type="dxa"/>
          </w:tcPr>
          <w:p w14:paraId="06F0A27A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5895C623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4DEFFD0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A0892E5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5F84E35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2B51B561" w14:textId="77777777" w:rsidTr="00123EBC">
        <w:tc>
          <w:tcPr>
            <w:tcW w:w="534" w:type="dxa"/>
          </w:tcPr>
          <w:p w14:paraId="6A42F349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257C32C7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8B4CE6B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B5F9558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CF12CD4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62621E83" w14:textId="77777777" w:rsidTr="00123EBC">
        <w:tc>
          <w:tcPr>
            <w:tcW w:w="534" w:type="dxa"/>
          </w:tcPr>
          <w:p w14:paraId="78A82772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65FE3F1E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5C841BB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E8E88FC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D2A1485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6CEA9DFE" w14:textId="77777777" w:rsidTr="00123EBC">
        <w:tc>
          <w:tcPr>
            <w:tcW w:w="534" w:type="dxa"/>
          </w:tcPr>
          <w:p w14:paraId="69396C84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5B04F77E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8977A0F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63270C3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81C9E1E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1BB1C6AB" w14:textId="77777777" w:rsidTr="00123EBC">
        <w:tc>
          <w:tcPr>
            <w:tcW w:w="534" w:type="dxa"/>
          </w:tcPr>
          <w:p w14:paraId="7FBC02D8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6AC6161F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C4B94A1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A91B796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33CB9D4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  <w:tr w:rsidR="009434FC" w:rsidRPr="00265A80" w14:paraId="2B0B508D" w14:textId="77777777" w:rsidTr="00123EBC">
        <w:tc>
          <w:tcPr>
            <w:tcW w:w="5778" w:type="dxa"/>
            <w:gridSpan w:val="3"/>
            <w:tcBorders>
              <w:left w:val="nil"/>
              <w:bottom w:val="nil"/>
            </w:tcBorders>
          </w:tcPr>
          <w:p w14:paraId="0E1F60FF" w14:textId="77777777" w:rsidR="009434FC" w:rsidRPr="00265A80" w:rsidRDefault="009434FC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4D8C610" w14:textId="77777777" w:rsidR="009434FC" w:rsidRPr="00265A80" w:rsidRDefault="009434FC" w:rsidP="00123EBC">
            <w:pPr>
              <w:rPr>
                <w:lang w:val="pl-PL"/>
              </w:rPr>
            </w:pPr>
            <w:r>
              <w:rPr>
                <w:lang w:val="pl-PL"/>
              </w:rPr>
              <w:t xml:space="preserve">              Razem</w:t>
            </w:r>
          </w:p>
        </w:tc>
        <w:tc>
          <w:tcPr>
            <w:tcW w:w="1926" w:type="dxa"/>
          </w:tcPr>
          <w:p w14:paraId="6B335330" w14:textId="77777777" w:rsidR="009434FC" w:rsidRPr="00265A80" w:rsidRDefault="009434FC" w:rsidP="00123EBC">
            <w:pPr>
              <w:rPr>
                <w:lang w:val="pl-PL"/>
              </w:rPr>
            </w:pPr>
          </w:p>
        </w:tc>
      </w:tr>
    </w:tbl>
    <w:p w14:paraId="50AE29AE" w14:textId="12D05217" w:rsidR="002844D2" w:rsidRDefault="002844D2">
      <w:pPr>
        <w:pStyle w:val="Nagwek1"/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</w:pPr>
      <w:r w:rsidRPr="00B17B9D"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  <w:t>Wydarzenie 3</w:t>
      </w:r>
      <w:r w:rsidR="00BC0BFD"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  <w:t xml:space="preserve">. </w:t>
      </w:r>
      <w:r w:rsidR="00BC0BFD" w:rsidRPr="00BC0BFD">
        <w:rPr>
          <w:rFonts w:ascii="Arial" w:hAnsi="Arial" w:cs="Arial"/>
          <w:b w:val="0"/>
          <w:bCs w:val="0"/>
          <w:color w:val="auto"/>
          <w:sz w:val="24"/>
          <w:szCs w:val="24"/>
          <w:lang w:val="pl-PL"/>
        </w:rPr>
        <w:t>nazwa 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318"/>
        <w:gridCol w:w="1926"/>
        <w:gridCol w:w="1926"/>
        <w:gridCol w:w="1926"/>
      </w:tblGrid>
      <w:tr w:rsidR="005A2324" w:rsidRPr="00265A80" w14:paraId="190EE9A0" w14:textId="77777777" w:rsidTr="00123EBC">
        <w:tc>
          <w:tcPr>
            <w:tcW w:w="534" w:type="dxa"/>
            <w:shd w:val="clear" w:color="auto" w:fill="D9EAD3"/>
          </w:tcPr>
          <w:p w14:paraId="4DD07EE7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Lp.</w:t>
            </w:r>
          </w:p>
        </w:tc>
        <w:tc>
          <w:tcPr>
            <w:tcW w:w="3318" w:type="dxa"/>
            <w:shd w:val="clear" w:color="auto" w:fill="D9EAD3"/>
          </w:tcPr>
          <w:p w14:paraId="52A14EB1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Kategoria wydatku</w:t>
            </w:r>
          </w:p>
        </w:tc>
        <w:tc>
          <w:tcPr>
            <w:tcW w:w="1926" w:type="dxa"/>
            <w:shd w:val="clear" w:color="auto" w:fill="D9EAD3"/>
          </w:tcPr>
          <w:p w14:paraId="1154AFED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Opis i uzasadnienie</w:t>
            </w:r>
          </w:p>
        </w:tc>
        <w:tc>
          <w:tcPr>
            <w:tcW w:w="1926" w:type="dxa"/>
            <w:shd w:val="clear" w:color="auto" w:fill="D9EAD3"/>
          </w:tcPr>
          <w:p w14:paraId="78EDBF7B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Ilość / cena jednostkowa</w:t>
            </w:r>
          </w:p>
        </w:tc>
        <w:tc>
          <w:tcPr>
            <w:tcW w:w="1926" w:type="dxa"/>
            <w:shd w:val="clear" w:color="auto" w:fill="D9EAD3"/>
          </w:tcPr>
          <w:p w14:paraId="53D7CE37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Kwota brutto</w:t>
            </w:r>
          </w:p>
        </w:tc>
      </w:tr>
      <w:tr w:rsidR="005A2324" w:rsidRPr="00265A80" w14:paraId="2AA59333" w14:textId="77777777" w:rsidTr="00123EBC">
        <w:tc>
          <w:tcPr>
            <w:tcW w:w="534" w:type="dxa"/>
          </w:tcPr>
          <w:p w14:paraId="6C256A33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726826E0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0A8656D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747B86C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57AFF6C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5CC612D2" w14:textId="77777777" w:rsidTr="00123EBC">
        <w:tc>
          <w:tcPr>
            <w:tcW w:w="534" w:type="dxa"/>
          </w:tcPr>
          <w:p w14:paraId="2D0CD183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5FCE5B1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A896CA8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51A20B4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66571A7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7708A6DC" w14:textId="77777777" w:rsidTr="00123EBC">
        <w:tc>
          <w:tcPr>
            <w:tcW w:w="534" w:type="dxa"/>
          </w:tcPr>
          <w:p w14:paraId="35CCE57F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108CFF7F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C32741F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69D7998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24E75C3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239B7E4D" w14:textId="77777777" w:rsidTr="00123EBC">
        <w:tc>
          <w:tcPr>
            <w:tcW w:w="534" w:type="dxa"/>
          </w:tcPr>
          <w:p w14:paraId="21F62AC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7BD3DAA6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97801A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BE4142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7E5BD49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645DA2C7" w14:textId="77777777" w:rsidTr="00123EBC">
        <w:tc>
          <w:tcPr>
            <w:tcW w:w="534" w:type="dxa"/>
          </w:tcPr>
          <w:p w14:paraId="1F490F3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50D9702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0B01A00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EE254AE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BD77985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0F371AFD" w14:textId="77777777" w:rsidTr="00123EBC">
        <w:tc>
          <w:tcPr>
            <w:tcW w:w="534" w:type="dxa"/>
          </w:tcPr>
          <w:p w14:paraId="773AA6B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201AFFC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6D2E61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3D1925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9E7DDDC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2A86157F" w14:textId="77777777" w:rsidTr="00123EBC">
        <w:tc>
          <w:tcPr>
            <w:tcW w:w="534" w:type="dxa"/>
          </w:tcPr>
          <w:p w14:paraId="50131C20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082AC4A8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BC70A04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DD82301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7C3B866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3E714ECC" w14:textId="77777777" w:rsidTr="00123EBC">
        <w:tc>
          <w:tcPr>
            <w:tcW w:w="5778" w:type="dxa"/>
            <w:gridSpan w:val="3"/>
            <w:tcBorders>
              <w:left w:val="nil"/>
              <w:bottom w:val="nil"/>
            </w:tcBorders>
          </w:tcPr>
          <w:p w14:paraId="74F3671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8C7329A" w14:textId="77777777" w:rsidR="005A2324" w:rsidRPr="00265A80" w:rsidRDefault="005A2324" w:rsidP="00123EBC">
            <w:pPr>
              <w:rPr>
                <w:lang w:val="pl-PL"/>
              </w:rPr>
            </w:pPr>
            <w:r>
              <w:rPr>
                <w:lang w:val="pl-PL"/>
              </w:rPr>
              <w:t xml:space="preserve">              Razem</w:t>
            </w:r>
          </w:p>
        </w:tc>
        <w:tc>
          <w:tcPr>
            <w:tcW w:w="1926" w:type="dxa"/>
          </w:tcPr>
          <w:p w14:paraId="4CED15FC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</w:tbl>
    <w:p w14:paraId="0FB98532" w14:textId="77777777" w:rsidR="002844D2" w:rsidRPr="005B5D3B" w:rsidRDefault="002844D2" w:rsidP="00B17B9D">
      <w:pPr>
        <w:rPr>
          <w:lang w:val="pl-PL"/>
        </w:rPr>
      </w:pPr>
    </w:p>
    <w:p w14:paraId="4DA9AF31" w14:textId="2E8C5F12" w:rsidR="002844D2" w:rsidRDefault="002844D2" w:rsidP="002844D2">
      <w:pPr>
        <w:rPr>
          <w:rFonts w:cs="Arial"/>
          <w:sz w:val="24"/>
          <w:szCs w:val="24"/>
          <w:lang w:val="pl-PL"/>
        </w:rPr>
      </w:pPr>
      <w:r w:rsidRPr="00B17B9D">
        <w:rPr>
          <w:rFonts w:cs="Arial"/>
          <w:sz w:val="24"/>
          <w:szCs w:val="24"/>
          <w:lang w:val="pl-PL"/>
        </w:rPr>
        <w:t xml:space="preserve">Wydarzenie </w:t>
      </w:r>
      <w:r w:rsidR="00BC0BFD">
        <w:rPr>
          <w:rFonts w:cs="Arial"/>
          <w:sz w:val="24"/>
          <w:szCs w:val="24"/>
          <w:lang w:val="pl-PL"/>
        </w:rPr>
        <w:t>4.</w:t>
      </w:r>
      <w:r w:rsidR="00BC0BFD" w:rsidRPr="00BC0BFD">
        <w:rPr>
          <w:rFonts w:cs="Arial"/>
          <w:sz w:val="24"/>
          <w:szCs w:val="24"/>
          <w:lang w:val="pl-PL"/>
        </w:rPr>
        <w:t xml:space="preserve"> nazwa 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318"/>
        <w:gridCol w:w="1926"/>
        <w:gridCol w:w="1926"/>
        <w:gridCol w:w="1926"/>
      </w:tblGrid>
      <w:tr w:rsidR="005A2324" w:rsidRPr="00265A80" w14:paraId="2E63C6B0" w14:textId="77777777" w:rsidTr="00123EBC">
        <w:tc>
          <w:tcPr>
            <w:tcW w:w="534" w:type="dxa"/>
            <w:shd w:val="clear" w:color="auto" w:fill="D9EAD3"/>
          </w:tcPr>
          <w:p w14:paraId="48E735A9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Lp.</w:t>
            </w:r>
          </w:p>
        </w:tc>
        <w:tc>
          <w:tcPr>
            <w:tcW w:w="3318" w:type="dxa"/>
            <w:shd w:val="clear" w:color="auto" w:fill="D9EAD3"/>
          </w:tcPr>
          <w:p w14:paraId="690267F0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Kategoria wydatku</w:t>
            </w:r>
          </w:p>
        </w:tc>
        <w:tc>
          <w:tcPr>
            <w:tcW w:w="1926" w:type="dxa"/>
            <w:shd w:val="clear" w:color="auto" w:fill="D9EAD3"/>
          </w:tcPr>
          <w:p w14:paraId="1C5A5056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Opis i uzasadnienie</w:t>
            </w:r>
          </w:p>
        </w:tc>
        <w:tc>
          <w:tcPr>
            <w:tcW w:w="1926" w:type="dxa"/>
            <w:shd w:val="clear" w:color="auto" w:fill="D9EAD3"/>
          </w:tcPr>
          <w:p w14:paraId="4FC8A72B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Ilość / cena jednostkowa</w:t>
            </w:r>
          </w:p>
        </w:tc>
        <w:tc>
          <w:tcPr>
            <w:tcW w:w="1926" w:type="dxa"/>
            <w:shd w:val="clear" w:color="auto" w:fill="D9EAD3"/>
          </w:tcPr>
          <w:p w14:paraId="5FC1F1BD" w14:textId="77777777" w:rsidR="005A2324" w:rsidRPr="00265A80" w:rsidRDefault="005A2324" w:rsidP="00123EBC">
            <w:pPr>
              <w:rPr>
                <w:lang w:val="pl-PL"/>
              </w:rPr>
            </w:pPr>
            <w:r w:rsidRPr="00265A80">
              <w:rPr>
                <w:lang w:val="pl-PL"/>
              </w:rPr>
              <w:t>Kwota brutto</w:t>
            </w:r>
          </w:p>
        </w:tc>
      </w:tr>
      <w:tr w:rsidR="005A2324" w:rsidRPr="00265A80" w14:paraId="380C40EE" w14:textId="77777777" w:rsidTr="00123EBC">
        <w:tc>
          <w:tcPr>
            <w:tcW w:w="534" w:type="dxa"/>
          </w:tcPr>
          <w:p w14:paraId="44CA1E6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18FD7F22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002FEC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DF5512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736B009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45E4C73C" w14:textId="77777777" w:rsidTr="00123EBC">
        <w:tc>
          <w:tcPr>
            <w:tcW w:w="534" w:type="dxa"/>
          </w:tcPr>
          <w:p w14:paraId="4923C75F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7CA46A5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A907BD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3EC1192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26ACA6F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2A45E52E" w14:textId="77777777" w:rsidTr="00123EBC">
        <w:tc>
          <w:tcPr>
            <w:tcW w:w="534" w:type="dxa"/>
          </w:tcPr>
          <w:p w14:paraId="74BC2A80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71B76B4E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49C8473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3920606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3FDCA47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6F3C46A4" w14:textId="77777777" w:rsidTr="00123EBC">
        <w:tc>
          <w:tcPr>
            <w:tcW w:w="534" w:type="dxa"/>
          </w:tcPr>
          <w:p w14:paraId="5675D1F4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010458FB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ED658C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20185144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5FF2588F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3DE582C3" w14:textId="77777777" w:rsidTr="00123EBC">
        <w:tc>
          <w:tcPr>
            <w:tcW w:w="534" w:type="dxa"/>
          </w:tcPr>
          <w:p w14:paraId="766EFE41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1B1D0D6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4982A1E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C94AAD9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E6B1A88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6EC98BD1" w14:textId="77777777" w:rsidTr="00123EBC">
        <w:tc>
          <w:tcPr>
            <w:tcW w:w="534" w:type="dxa"/>
          </w:tcPr>
          <w:p w14:paraId="28D644E3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3F1D8E55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6BEA32DC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12AE15EA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3B8B6C61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5AF3C0DF" w14:textId="77777777" w:rsidTr="00123EBC">
        <w:tc>
          <w:tcPr>
            <w:tcW w:w="534" w:type="dxa"/>
          </w:tcPr>
          <w:p w14:paraId="4505D52D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3318" w:type="dxa"/>
          </w:tcPr>
          <w:p w14:paraId="0BCFE9C1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24752C0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453E6E16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07120FC6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  <w:tr w:rsidR="005A2324" w:rsidRPr="00265A80" w14:paraId="2D061169" w14:textId="77777777" w:rsidTr="00123EBC">
        <w:tc>
          <w:tcPr>
            <w:tcW w:w="5778" w:type="dxa"/>
            <w:gridSpan w:val="3"/>
            <w:tcBorders>
              <w:left w:val="nil"/>
              <w:bottom w:val="nil"/>
            </w:tcBorders>
          </w:tcPr>
          <w:p w14:paraId="543B0FB7" w14:textId="77777777" w:rsidR="005A2324" w:rsidRPr="00265A80" w:rsidRDefault="005A2324" w:rsidP="00123EBC">
            <w:pPr>
              <w:rPr>
                <w:lang w:val="pl-PL"/>
              </w:rPr>
            </w:pPr>
          </w:p>
        </w:tc>
        <w:tc>
          <w:tcPr>
            <w:tcW w:w="1926" w:type="dxa"/>
          </w:tcPr>
          <w:p w14:paraId="78D6BE1D" w14:textId="77777777" w:rsidR="005A2324" w:rsidRPr="00265A80" w:rsidRDefault="005A2324" w:rsidP="00123EBC">
            <w:pPr>
              <w:rPr>
                <w:lang w:val="pl-PL"/>
              </w:rPr>
            </w:pPr>
            <w:r>
              <w:rPr>
                <w:lang w:val="pl-PL"/>
              </w:rPr>
              <w:t xml:space="preserve">              Razem</w:t>
            </w:r>
          </w:p>
        </w:tc>
        <w:tc>
          <w:tcPr>
            <w:tcW w:w="1926" w:type="dxa"/>
          </w:tcPr>
          <w:p w14:paraId="6148482F" w14:textId="77777777" w:rsidR="005A2324" w:rsidRPr="00265A80" w:rsidRDefault="005A2324" w:rsidP="00123EBC">
            <w:pPr>
              <w:rPr>
                <w:lang w:val="pl-PL"/>
              </w:rPr>
            </w:pPr>
          </w:p>
        </w:tc>
      </w:tr>
    </w:tbl>
    <w:p w14:paraId="679DF9F7" w14:textId="1394AD54" w:rsidR="002844D2" w:rsidRDefault="002844D2" w:rsidP="002844D2">
      <w:pPr>
        <w:rPr>
          <w:rFonts w:cs="Arial"/>
          <w:sz w:val="24"/>
          <w:szCs w:val="24"/>
          <w:lang w:val="pl-PL"/>
        </w:rPr>
      </w:pPr>
    </w:p>
    <w:p w14:paraId="49CA186D" w14:textId="66C1553B" w:rsidR="002844D2" w:rsidRPr="00B17B9D" w:rsidRDefault="002844D2" w:rsidP="00B17B9D">
      <w:pPr>
        <w:rPr>
          <w:rFonts w:cs="Arial"/>
          <w:sz w:val="24"/>
          <w:szCs w:val="24"/>
          <w:lang w:val="pl-PL"/>
        </w:rPr>
      </w:pPr>
      <w:r>
        <w:rPr>
          <w:rFonts w:cs="Arial"/>
          <w:sz w:val="24"/>
          <w:szCs w:val="24"/>
          <w:lang w:val="pl-PL"/>
        </w:rPr>
        <w:t>(w razie potrzeby proszę powielić  tabel</w:t>
      </w:r>
      <w:r w:rsidR="0042607A">
        <w:rPr>
          <w:rFonts w:cs="Arial"/>
          <w:sz w:val="24"/>
          <w:szCs w:val="24"/>
          <w:lang w:val="pl-PL"/>
        </w:rPr>
        <w:t>ę)</w:t>
      </w:r>
    </w:p>
    <w:p w14:paraId="36CC097B" w14:textId="045D9CAA" w:rsidR="00750257" w:rsidRDefault="00693110">
      <w:pPr>
        <w:pStyle w:val="Nagwek1"/>
        <w:rPr>
          <w:color w:val="auto"/>
          <w:lang w:val="pl-PL"/>
        </w:rPr>
      </w:pPr>
      <w:r w:rsidRPr="00265A80">
        <w:rPr>
          <w:lang w:val="pl-PL"/>
        </w:rPr>
        <w:t xml:space="preserve">VIII. </w:t>
      </w:r>
      <w:r w:rsidR="00E63D7C" w:rsidRPr="00E63D7C">
        <w:rPr>
          <w:lang w:val="pl-PL"/>
        </w:rPr>
        <w:t xml:space="preserve">Oferent posiada ważny Certyfikat Dostępności: </w:t>
      </w:r>
      <w:r w:rsidR="00E63D7C">
        <w:rPr>
          <w:lang w:val="pl-PL"/>
        </w:rPr>
        <w:t xml:space="preserve">    </w:t>
      </w:r>
      <w:r w:rsidR="00E63D7C" w:rsidRPr="00B17B9D">
        <w:rPr>
          <w:color w:val="auto"/>
          <w:lang w:val="pl-PL"/>
        </w:rPr>
        <w:t>TAK / NIE</w:t>
      </w:r>
      <w:r w:rsidR="00750257">
        <w:rPr>
          <w:color w:val="auto"/>
          <w:lang w:val="pl-PL"/>
        </w:rPr>
        <w:t xml:space="preserve"> *</w:t>
      </w:r>
    </w:p>
    <w:p w14:paraId="5E78406E" w14:textId="77777777" w:rsidR="00750257" w:rsidRPr="00B17B9D" w:rsidRDefault="00750257" w:rsidP="00B17B9D">
      <w:pPr>
        <w:pStyle w:val="Nagwek1"/>
        <w:spacing w:before="0"/>
        <w:rPr>
          <w:b w:val="0"/>
          <w:color w:val="auto"/>
          <w:lang w:val="pl-PL"/>
        </w:rPr>
      </w:pPr>
      <w:r w:rsidRPr="00B17B9D">
        <w:rPr>
          <w:b w:val="0"/>
          <w:color w:val="auto"/>
          <w:lang w:val="pl-PL"/>
        </w:rPr>
        <w:t>*- niewłaściwe skreślić</w:t>
      </w:r>
    </w:p>
    <w:p w14:paraId="1CB101CE" w14:textId="09475A81" w:rsidR="00E63D7C" w:rsidRPr="00B17B9D" w:rsidRDefault="00E63D7C" w:rsidP="00B17B9D">
      <w:pPr>
        <w:pStyle w:val="Nagwek1"/>
        <w:spacing w:before="0"/>
        <w:rPr>
          <w:color w:val="auto"/>
          <w:lang w:val="pl-PL"/>
        </w:rPr>
      </w:pPr>
    </w:p>
    <w:p w14:paraId="0FFF4A7B" w14:textId="0AE7EAB2" w:rsidR="00E63D7C" w:rsidRDefault="00E63D7C" w:rsidP="00B17B9D">
      <w:pPr>
        <w:pStyle w:val="Nagwek1"/>
        <w:spacing w:before="0"/>
        <w:rPr>
          <w:lang w:val="pl-PL"/>
        </w:rPr>
      </w:pPr>
      <w:r>
        <w:rPr>
          <w:lang w:val="pl-PL"/>
        </w:rPr>
        <w:t>IX.  Dotychczasowa współpraca z Gminą Brzeg</w:t>
      </w:r>
      <w:r w:rsidR="00574B98">
        <w:rPr>
          <w:lang w:val="pl-PL"/>
        </w:rPr>
        <w:t xml:space="preserve"> (</w:t>
      </w:r>
      <w:r w:rsidR="00125245">
        <w:rPr>
          <w:lang w:val="pl-PL"/>
        </w:rPr>
        <w:t>np.</w:t>
      </w:r>
      <w:r w:rsidR="00574B98">
        <w:rPr>
          <w:lang w:val="pl-PL"/>
        </w:rPr>
        <w:t xml:space="preserve"> współpraca na zasadzie zlecania zadań przez Gminę Brzeg</w:t>
      </w:r>
      <w:r w:rsidR="00125245">
        <w:rPr>
          <w:lang w:val="pl-PL"/>
        </w:rPr>
        <w:t xml:space="preserve"> lub</w:t>
      </w:r>
      <w:r w:rsidR="00574B98">
        <w:rPr>
          <w:lang w:val="pl-PL"/>
        </w:rPr>
        <w:t xml:space="preserve"> w formie wolontariatu)</w:t>
      </w:r>
    </w:p>
    <w:p w14:paraId="1446CE9D" w14:textId="12752BCC" w:rsidR="00E63D7C" w:rsidRPr="00B17B9D" w:rsidRDefault="00E14612" w:rsidP="00B17B9D">
      <w:pPr>
        <w:pStyle w:val="Nagwek1"/>
        <w:spacing w:before="0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B17B9D">
        <w:rPr>
          <w:rFonts w:ascii="Arial" w:hAnsi="Arial" w:cs="Arial"/>
          <w:b w:val="0"/>
          <w:bCs w:val="0"/>
          <w:color w:val="auto"/>
          <w:sz w:val="22"/>
          <w:szCs w:val="22"/>
          <w:lang w:val="pl-PL"/>
        </w:rPr>
        <w:t>proszę wymienić</w:t>
      </w:r>
      <w:r w:rsidR="00574B98">
        <w:rPr>
          <w:rFonts w:ascii="Arial" w:hAnsi="Arial" w:cs="Arial"/>
          <w:b w:val="0"/>
          <w:bCs w:val="0"/>
          <w:color w:val="auto"/>
          <w:sz w:val="22"/>
          <w:szCs w:val="22"/>
          <w:lang w:val="pl-PL"/>
        </w:rPr>
        <w:t xml:space="preserve"> </w:t>
      </w:r>
      <w:r w:rsidRPr="00B17B9D">
        <w:rPr>
          <w:rFonts w:ascii="Arial" w:hAnsi="Arial" w:cs="Arial"/>
          <w:b w:val="0"/>
          <w:bCs w:val="0"/>
          <w:color w:val="auto"/>
          <w:sz w:val="22"/>
          <w:szCs w:val="22"/>
          <w:lang w:val="pl-PL"/>
        </w:rPr>
        <w:t xml:space="preserve"> jeśli dotyczy</w:t>
      </w:r>
      <w:r w:rsidR="00574B98">
        <w:rPr>
          <w:rFonts w:ascii="Arial" w:hAnsi="Arial" w:cs="Arial"/>
          <w:b w:val="0"/>
          <w:bCs w:val="0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pl-PL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17B9D">
        <w:rPr>
          <w:rFonts w:ascii="Arial" w:hAnsi="Arial" w:cs="Arial"/>
          <w:b w:val="0"/>
          <w:bCs w:val="0"/>
          <w:color w:val="auto"/>
          <w:sz w:val="22"/>
          <w:szCs w:val="22"/>
          <w:lang w:val="pl-PL"/>
        </w:rPr>
        <w:t xml:space="preserve"> </w:t>
      </w:r>
    </w:p>
    <w:p w14:paraId="408C4796" w14:textId="32B21FBE" w:rsidR="00B748A5" w:rsidRDefault="00E63D7C">
      <w:pPr>
        <w:pStyle w:val="Nagwek1"/>
        <w:rPr>
          <w:lang w:val="pl-PL"/>
        </w:rPr>
      </w:pPr>
      <w:r>
        <w:rPr>
          <w:lang w:val="pl-PL"/>
        </w:rPr>
        <w:t>X</w:t>
      </w:r>
      <w:r w:rsidR="00E14612">
        <w:rPr>
          <w:lang w:val="pl-PL"/>
        </w:rPr>
        <w:t>.</w:t>
      </w:r>
      <w:r>
        <w:rPr>
          <w:lang w:val="pl-PL"/>
        </w:rPr>
        <w:t xml:space="preserve"> </w:t>
      </w:r>
      <w:r w:rsidR="00693110" w:rsidRPr="00265A80">
        <w:rPr>
          <w:lang w:val="pl-PL"/>
        </w:rPr>
        <w:t>Oświadczenia</w:t>
      </w:r>
      <w:r w:rsidR="00125245">
        <w:rPr>
          <w:lang w:val="pl-PL"/>
        </w:rPr>
        <w:t>:</w:t>
      </w:r>
      <w:r w:rsidR="00574B98">
        <w:rPr>
          <w:lang w:val="pl-PL"/>
        </w:rPr>
        <w:t>*</w:t>
      </w:r>
    </w:p>
    <w:p w14:paraId="0AB0907F" w14:textId="03B8C8EA" w:rsidR="00D80C23" w:rsidRDefault="00574B98">
      <w:pPr>
        <w:spacing w:after="80"/>
        <w:rPr>
          <w:b/>
          <w:sz w:val="22"/>
          <w:lang w:val="pl-PL"/>
        </w:rPr>
      </w:pPr>
      <w:r w:rsidRPr="00B17B9D">
        <w:rPr>
          <w:sz w:val="22"/>
          <w:lang w:val="pl-PL"/>
        </w:rPr>
        <w:t>1.</w:t>
      </w:r>
      <w:r w:rsidR="00693110" w:rsidRPr="00B17B9D">
        <w:rPr>
          <w:sz w:val="22"/>
          <w:lang w:val="pl-PL"/>
        </w:rPr>
        <w:t xml:space="preserve"> Oświadczam, że zapoznałem/</w:t>
      </w:r>
      <w:proofErr w:type="spellStart"/>
      <w:r w:rsidR="00693110" w:rsidRPr="00B17B9D">
        <w:rPr>
          <w:sz w:val="22"/>
          <w:lang w:val="pl-PL"/>
        </w:rPr>
        <w:t>am</w:t>
      </w:r>
      <w:proofErr w:type="spellEnd"/>
      <w:r w:rsidR="00693110" w:rsidRPr="00B17B9D">
        <w:rPr>
          <w:sz w:val="22"/>
          <w:lang w:val="pl-PL"/>
        </w:rPr>
        <w:t xml:space="preserve"> się z ogłoszeniem i Regulaminem </w:t>
      </w:r>
      <w:r w:rsidRPr="00B17B9D">
        <w:rPr>
          <w:sz w:val="22"/>
          <w:lang w:val="pl-PL"/>
        </w:rPr>
        <w:t xml:space="preserve">otwartego </w:t>
      </w:r>
      <w:r w:rsidR="00693110" w:rsidRPr="00B17B9D">
        <w:rPr>
          <w:sz w:val="22"/>
          <w:lang w:val="pl-PL"/>
        </w:rPr>
        <w:t>naboru</w:t>
      </w:r>
      <w:r w:rsidRPr="00B17B9D">
        <w:rPr>
          <w:sz w:val="22"/>
          <w:lang w:val="pl-PL"/>
        </w:rPr>
        <w:t xml:space="preserve"> Partnera Społeczno-Gospodarczego Gminy Brzeg i </w:t>
      </w:r>
      <w:r w:rsidRPr="00B17B9D">
        <w:rPr>
          <w:rFonts w:cs="Arial"/>
          <w:sz w:val="22"/>
          <w:lang w:val="pl-PL"/>
        </w:rPr>
        <w:t xml:space="preserve">Regulaminem Przyznawania Grantów w ramach konkursu Regionalne Granty na Rewitalizację (RGR) </w:t>
      </w:r>
      <w:r w:rsidR="00693110" w:rsidRPr="00B17B9D">
        <w:rPr>
          <w:sz w:val="22"/>
          <w:lang w:val="pl-PL"/>
        </w:rPr>
        <w:t xml:space="preserve"> oraz akceptuję ich warunki</w:t>
      </w:r>
      <w:r w:rsidRPr="00B17B9D">
        <w:rPr>
          <w:sz w:val="22"/>
          <w:lang w:val="pl-PL"/>
        </w:rPr>
        <w:t xml:space="preserve">: </w:t>
      </w:r>
      <w:r w:rsidRPr="00B17B9D">
        <w:rPr>
          <w:b/>
          <w:sz w:val="22"/>
          <w:lang w:val="pl-PL"/>
        </w:rPr>
        <w:t>TAK / NIE *</w:t>
      </w:r>
    </w:p>
    <w:p w14:paraId="69D9955F" w14:textId="1C19E0F9" w:rsidR="00B748A5" w:rsidRPr="00B17B9D" w:rsidRDefault="00574B98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2</w:t>
      </w:r>
      <w:r w:rsidR="00D80C23" w:rsidRPr="00B17B9D">
        <w:rPr>
          <w:sz w:val="22"/>
          <w:lang w:val="pl-PL"/>
        </w:rPr>
        <w:t>.</w:t>
      </w:r>
      <w:r w:rsidRPr="00B17B9D">
        <w:rPr>
          <w:sz w:val="22"/>
          <w:lang w:val="pl-PL"/>
        </w:rPr>
        <w:t xml:space="preserve"> </w:t>
      </w:r>
      <w:r w:rsidR="00693110" w:rsidRPr="00B17B9D">
        <w:rPr>
          <w:sz w:val="22"/>
          <w:lang w:val="pl-PL"/>
        </w:rPr>
        <w:t>Oświadczam, że wszystkie informacje w ofercie są prawdziwe i kompletne</w:t>
      </w:r>
      <w:r w:rsidRPr="00B17B9D">
        <w:rPr>
          <w:sz w:val="22"/>
          <w:lang w:val="pl-PL"/>
        </w:rPr>
        <w:t xml:space="preserve">: </w:t>
      </w:r>
      <w:r w:rsidRPr="00B17B9D">
        <w:rPr>
          <w:b/>
          <w:sz w:val="22"/>
          <w:lang w:val="pl-PL"/>
        </w:rPr>
        <w:t>TAK / NIE *</w:t>
      </w:r>
    </w:p>
    <w:p w14:paraId="65009466" w14:textId="15541397" w:rsidR="00574B98" w:rsidRPr="00B17B9D" w:rsidRDefault="00574B98" w:rsidP="00574B98">
      <w:pPr>
        <w:spacing w:after="80"/>
        <w:rPr>
          <w:b/>
          <w:bCs/>
          <w:sz w:val="22"/>
          <w:lang w:val="pl-PL"/>
        </w:rPr>
      </w:pPr>
      <w:r w:rsidRPr="00B17B9D">
        <w:rPr>
          <w:sz w:val="22"/>
          <w:lang w:val="pl-PL"/>
        </w:rPr>
        <w:t>3</w:t>
      </w:r>
      <w:r w:rsidR="00D80C23" w:rsidRPr="00B17B9D">
        <w:rPr>
          <w:sz w:val="22"/>
          <w:lang w:val="pl-PL"/>
        </w:rPr>
        <w:t>.</w:t>
      </w:r>
      <w:r w:rsidRPr="00B17B9D">
        <w:rPr>
          <w:sz w:val="22"/>
          <w:lang w:val="pl-PL"/>
        </w:rPr>
        <w:t xml:space="preserve"> </w:t>
      </w:r>
      <w:r w:rsidR="00693110" w:rsidRPr="00B17B9D">
        <w:rPr>
          <w:sz w:val="22"/>
          <w:lang w:val="pl-PL"/>
        </w:rPr>
        <w:t>Oświadczam, że działania zaproponowane w ofercie są zgodne ze statutem podmiotu</w:t>
      </w:r>
      <w:r w:rsidRPr="00B17B9D">
        <w:rPr>
          <w:sz w:val="22"/>
          <w:lang w:val="pl-PL"/>
        </w:rPr>
        <w:t xml:space="preserve">: </w:t>
      </w:r>
      <w:r w:rsidRPr="00B17B9D">
        <w:rPr>
          <w:b/>
          <w:bCs/>
          <w:sz w:val="22"/>
          <w:lang w:val="pl-PL"/>
        </w:rPr>
        <w:t>TAK / NIE *</w:t>
      </w:r>
    </w:p>
    <w:p w14:paraId="7AEB3CC2" w14:textId="032D6CF5" w:rsidR="00B748A5" w:rsidRPr="00B17B9D" w:rsidRDefault="00574B98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lastRenderedPageBreak/>
        <w:t>4</w:t>
      </w:r>
      <w:r w:rsidR="00D80C23" w:rsidRPr="00B17B9D">
        <w:rPr>
          <w:sz w:val="22"/>
          <w:lang w:val="pl-PL"/>
        </w:rPr>
        <w:t>.</w:t>
      </w:r>
      <w:r w:rsidR="00693110" w:rsidRPr="00B17B9D">
        <w:rPr>
          <w:sz w:val="22"/>
          <w:lang w:val="pl-PL"/>
        </w:rPr>
        <w:t xml:space="preserve"> Oświadczam, że zobowiązuję się do zawarcia umowy partnerskiej i współpracy przy przygotowaniu wniosku</w:t>
      </w:r>
      <w:r w:rsidRPr="00B17B9D">
        <w:rPr>
          <w:sz w:val="22"/>
          <w:lang w:val="pl-PL"/>
        </w:rPr>
        <w:t xml:space="preserve">: </w:t>
      </w:r>
      <w:r w:rsidRPr="00B17B9D">
        <w:rPr>
          <w:b/>
          <w:sz w:val="22"/>
          <w:lang w:val="pl-PL"/>
        </w:rPr>
        <w:t>TAK / NIE *</w:t>
      </w:r>
    </w:p>
    <w:p w14:paraId="2D86DEAE" w14:textId="6A5D4F13" w:rsidR="00B748A5" w:rsidRPr="00B17B9D" w:rsidRDefault="00D80C23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5.</w:t>
      </w:r>
      <w:r w:rsidR="00693110" w:rsidRPr="00B17B9D">
        <w:rPr>
          <w:sz w:val="22"/>
          <w:lang w:val="pl-PL"/>
        </w:rPr>
        <w:t xml:space="preserve"> Oświadczam, że przyjmuję do wiadomości, że realizacja i finansowanie zadań zależą od uzyskania grantu</w:t>
      </w:r>
      <w:r w:rsidR="00574B98" w:rsidRPr="00B17B9D">
        <w:rPr>
          <w:sz w:val="22"/>
          <w:lang w:val="pl-PL"/>
        </w:rPr>
        <w:t xml:space="preserve">:  </w:t>
      </w:r>
      <w:r w:rsidR="00574B98" w:rsidRPr="00B17B9D">
        <w:rPr>
          <w:b/>
          <w:sz w:val="22"/>
          <w:lang w:val="pl-PL"/>
        </w:rPr>
        <w:t>TAK / NIE *</w:t>
      </w:r>
    </w:p>
    <w:p w14:paraId="13A46BB8" w14:textId="77777777" w:rsidR="00574B98" w:rsidRPr="00B17B9D" w:rsidRDefault="00574B98">
      <w:pPr>
        <w:spacing w:after="80"/>
        <w:rPr>
          <w:sz w:val="22"/>
          <w:lang w:val="pl-PL"/>
        </w:rPr>
      </w:pPr>
    </w:p>
    <w:p w14:paraId="1E10944D" w14:textId="0A653F4A" w:rsidR="00D80C23" w:rsidRDefault="00D80C23">
      <w:pPr>
        <w:spacing w:after="80"/>
        <w:rPr>
          <w:lang w:val="pl-PL"/>
        </w:rPr>
      </w:pPr>
      <w:r w:rsidRPr="00D80C23">
        <w:rPr>
          <w:lang w:val="pl-PL"/>
        </w:rPr>
        <w:t>*- niewłaściwe skreślić</w:t>
      </w:r>
    </w:p>
    <w:p w14:paraId="0C7293E6" w14:textId="77777777" w:rsidR="00E14612" w:rsidRDefault="00E14612" w:rsidP="00E14612">
      <w:pPr>
        <w:spacing w:after="80"/>
        <w:rPr>
          <w:lang w:val="pl-PL"/>
        </w:rPr>
      </w:pPr>
    </w:p>
    <w:p w14:paraId="30F4B95D" w14:textId="449435A8" w:rsidR="00B748A5" w:rsidRPr="00B17B9D" w:rsidRDefault="00E14612" w:rsidP="00B17B9D">
      <w:pPr>
        <w:spacing w:after="80"/>
        <w:rPr>
          <w:color w:val="548DD4" w:themeColor="text2" w:themeTint="99"/>
          <w:sz w:val="22"/>
          <w:lang w:val="pl-PL"/>
        </w:rPr>
      </w:pPr>
      <w:r w:rsidRPr="00B17B9D">
        <w:rPr>
          <w:b/>
          <w:color w:val="548DD4" w:themeColor="text2" w:themeTint="99"/>
          <w:sz w:val="22"/>
          <w:lang w:val="pl-PL"/>
        </w:rPr>
        <w:t>XI</w:t>
      </w:r>
      <w:r w:rsidR="00693110" w:rsidRPr="00B17B9D">
        <w:rPr>
          <w:b/>
          <w:color w:val="548DD4" w:themeColor="text2" w:themeTint="99"/>
          <w:sz w:val="22"/>
          <w:lang w:val="pl-PL"/>
        </w:rPr>
        <w:t>. Załączniki</w:t>
      </w:r>
      <w:r w:rsidR="00D80C23">
        <w:rPr>
          <w:b/>
          <w:color w:val="548DD4" w:themeColor="text2" w:themeTint="99"/>
          <w:sz w:val="22"/>
          <w:lang w:val="pl-PL"/>
        </w:rPr>
        <w:t xml:space="preserve"> ** </w:t>
      </w:r>
    </w:p>
    <w:p w14:paraId="3777EEE4" w14:textId="77777777" w:rsidR="00B748A5" w:rsidRPr="00B17B9D" w:rsidRDefault="00693110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□ aktualny dokument rejestrowy lub wskazanie publicznego rejestru</w:t>
      </w:r>
    </w:p>
    <w:p w14:paraId="0F146CF5" w14:textId="77777777" w:rsidR="00B748A5" w:rsidRPr="00B17B9D" w:rsidRDefault="00693110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□ statut</w:t>
      </w:r>
    </w:p>
    <w:p w14:paraId="1DA4BB76" w14:textId="77777777" w:rsidR="00B748A5" w:rsidRPr="00B17B9D" w:rsidRDefault="00693110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□ pełnomocnictwo – jeżeli dotyczy</w:t>
      </w:r>
    </w:p>
    <w:p w14:paraId="53B86A25" w14:textId="4EE389D3" w:rsidR="00B748A5" w:rsidRPr="00B17B9D" w:rsidRDefault="00693110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□ Certyfikat Dostępności – jeżeli dotyczy</w:t>
      </w:r>
    </w:p>
    <w:p w14:paraId="7C2EAEBD" w14:textId="0B8C2683" w:rsidR="00171C82" w:rsidRPr="00B17B9D" w:rsidRDefault="00171C82" w:rsidP="00171C82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 xml:space="preserve">□ Oświadczenie Oferenta – Zał. nr </w:t>
      </w:r>
      <w:r w:rsidR="005B5D3B" w:rsidRPr="00B17B9D">
        <w:rPr>
          <w:sz w:val="22"/>
          <w:lang w:val="pl-PL"/>
        </w:rPr>
        <w:t>2</w:t>
      </w:r>
      <w:r w:rsidRPr="00B17B9D">
        <w:rPr>
          <w:sz w:val="22"/>
          <w:lang w:val="pl-PL"/>
        </w:rPr>
        <w:t xml:space="preserve"> do Regulaminu Otwartego Naboru Partnera </w:t>
      </w:r>
    </w:p>
    <w:p w14:paraId="0A2B46C9" w14:textId="61EADF7C" w:rsidR="00171C82" w:rsidRDefault="00171C82" w:rsidP="00171C82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 xml:space="preserve">   Społeczno-Gospodarcz</w:t>
      </w:r>
      <w:r w:rsidR="0060142C">
        <w:rPr>
          <w:sz w:val="22"/>
          <w:lang w:val="pl-PL"/>
        </w:rPr>
        <w:t>ego</w:t>
      </w:r>
    </w:p>
    <w:p w14:paraId="64CCE3D5" w14:textId="77777777" w:rsidR="00B748A5" w:rsidRPr="00B17B9D" w:rsidRDefault="00693110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>□ inne dokumenty: ………………………</w:t>
      </w:r>
    </w:p>
    <w:p w14:paraId="27B80946" w14:textId="77777777" w:rsidR="00D80C23" w:rsidRDefault="00D80C23">
      <w:pPr>
        <w:spacing w:after="80"/>
        <w:rPr>
          <w:sz w:val="22"/>
          <w:lang w:val="pl-PL"/>
        </w:rPr>
      </w:pPr>
    </w:p>
    <w:p w14:paraId="024FB624" w14:textId="04DB4DF2" w:rsidR="00D80C23" w:rsidRPr="00B17B9D" w:rsidRDefault="00D80C23">
      <w:pPr>
        <w:spacing w:after="80"/>
        <w:rPr>
          <w:sz w:val="36"/>
          <w:szCs w:val="36"/>
          <w:lang w:val="pl-PL"/>
        </w:rPr>
      </w:pPr>
      <w:r>
        <w:rPr>
          <w:sz w:val="22"/>
          <w:lang w:val="pl-PL"/>
        </w:rPr>
        <w:t xml:space="preserve"> **  </w:t>
      </w:r>
      <w:r w:rsidRPr="00D80C23">
        <w:rPr>
          <w:sz w:val="22"/>
          <w:lang w:val="pl-PL"/>
        </w:rPr>
        <w:t xml:space="preserve">Proszę zaznaczyć znakiem </w:t>
      </w:r>
      <w:r w:rsidR="007F3E93" w:rsidRPr="00B17B9D">
        <w:rPr>
          <w:rFonts w:ascii="Cambria Math" w:hAnsi="Cambria Math" w:cs="Cambria Math"/>
          <w:b/>
          <w:bCs/>
          <w:sz w:val="28"/>
          <w:szCs w:val="28"/>
          <w:lang w:val="pl-PL"/>
        </w:rPr>
        <w:t>⌧</w:t>
      </w:r>
    </w:p>
    <w:p w14:paraId="470B313C" w14:textId="77777777" w:rsidR="00D80C23" w:rsidRDefault="00D80C23">
      <w:pPr>
        <w:spacing w:after="80"/>
        <w:rPr>
          <w:sz w:val="22"/>
          <w:lang w:val="pl-PL"/>
        </w:rPr>
      </w:pPr>
    </w:p>
    <w:p w14:paraId="136CA072" w14:textId="77777777" w:rsidR="00D80C23" w:rsidRDefault="00D80C23">
      <w:pPr>
        <w:spacing w:after="80"/>
        <w:rPr>
          <w:sz w:val="22"/>
          <w:lang w:val="pl-PL"/>
        </w:rPr>
      </w:pPr>
    </w:p>
    <w:p w14:paraId="4953F122" w14:textId="77777777" w:rsidR="00D80C23" w:rsidRDefault="00D80C23">
      <w:pPr>
        <w:spacing w:after="80"/>
        <w:rPr>
          <w:sz w:val="22"/>
          <w:lang w:val="pl-PL"/>
        </w:rPr>
      </w:pPr>
    </w:p>
    <w:p w14:paraId="34567646" w14:textId="77777777" w:rsidR="00D80C23" w:rsidRDefault="00D80C23">
      <w:pPr>
        <w:spacing w:after="80"/>
        <w:rPr>
          <w:sz w:val="22"/>
          <w:lang w:val="pl-PL"/>
        </w:rPr>
      </w:pPr>
    </w:p>
    <w:p w14:paraId="7968B87E" w14:textId="77777777" w:rsidR="0060142C" w:rsidRDefault="00693110">
      <w:pPr>
        <w:spacing w:after="80"/>
        <w:rPr>
          <w:sz w:val="22"/>
          <w:lang w:val="pl-PL"/>
        </w:rPr>
      </w:pPr>
      <w:r w:rsidRPr="00B17B9D">
        <w:rPr>
          <w:sz w:val="22"/>
          <w:lang w:val="pl-PL"/>
        </w:rPr>
        <w:t xml:space="preserve">……………………………………, dnia ……………………     </w:t>
      </w:r>
    </w:p>
    <w:p w14:paraId="1AB96EF4" w14:textId="77777777" w:rsidR="0060142C" w:rsidRDefault="0060142C">
      <w:pPr>
        <w:spacing w:after="80"/>
        <w:rPr>
          <w:sz w:val="22"/>
          <w:lang w:val="pl-PL"/>
        </w:rPr>
      </w:pPr>
    </w:p>
    <w:p w14:paraId="42ADE21C" w14:textId="77777777" w:rsidR="0060142C" w:rsidRDefault="0060142C">
      <w:pPr>
        <w:spacing w:after="80"/>
        <w:rPr>
          <w:sz w:val="22"/>
          <w:lang w:val="pl-PL"/>
        </w:rPr>
      </w:pPr>
    </w:p>
    <w:p w14:paraId="508C7114" w14:textId="77777777" w:rsidR="0060142C" w:rsidRDefault="0060142C">
      <w:pPr>
        <w:spacing w:after="80"/>
        <w:rPr>
          <w:sz w:val="22"/>
          <w:lang w:val="pl-PL"/>
        </w:rPr>
      </w:pPr>
    </w:p>
    <w:p w14:paraId="234D4CC7" w14:textId="5387374E" w:rsidR="00B748A5" w:rsidRPr="00265A80" w:rsidRDefault="0060142C">
      <w:pPr>
        <w:spacing w:after="80"/>
        <w:rPr>
          <w:lang w:val="pl-PL"/>
        </w:rPr>
      </w:pPr>
      <w:r>
        <w:rPr>
          <w:sz w:val="22"/>
          <w:lang w:val="pl-PL"/>
        </w:rPr>
        <w:t xml:space="preserve">                                                   </w:t>
      </w:r>
      <w:r w:rsidR="00693110" w:rsidRPr="00B17B9D">
        <w:rPr>
          <w:sz w:val="22"/>
          <w:lang w:val="pl-PL"/>
        </w:rPr>
        <w:t xml:space="preserve">            </w:t>
      </w:r>
      <w:r>
        <w:rPr>
          <w:sz w:val="22"/>
          <w:lang w:val="pl-PL"/>
        </w:rPr>
        <w:t xml:space="preserve">         </w:t>
      </w:r>
      <w:r w:rsidR="00693110" w:rsidRPr="00B17B9D">
        <w:rPr>
          <w:sz w:val="22"/>
          <w:lang w:val="pl-PL"/>
        </w:rPr>
        <w:t>………………………………………………</w:t>
      </w:r>
      <w:r w:rsidR="00693110" w:rsidRPr="00265A80">
        <w:rPr>
          <w:lang w:val="pl-PL"/>
        </w:rPr>
        <w:br/>
        <w:t xml:space="preserve">                                                               </w:t>
      </w:r>
      <w:r>
        <w:rPr>
          <w:lang w:val="pl-PL"/>
        </w:rPr>
        <w:t xml:space="preserve">                   </w:t>
      </w:r>
      <w:r w:rsidR="00693110" w:rsidRPr="00265A80">
        <w:rPr>
          <w:lang w:val="pl-PL"/>
        </w:rPr>
        <w:t xml:space="preserve">  </w:t>
      </w:r>
      <w:r>
        <w:rPr>
          <w:lang w:val="pl-PL"/>
        </w:rPr>
        <w:t xml:space="preserve"> </w:t>
      </w:r>
      <w:r w:rsidR="00693110" w:rsidRPr="00265A80">
        <w:rPr>
          <w:lang w:val="pl-PL"/>
        </w:rPr>
        <w:t xml:space="preserve"> podpis/y osób uprawnionych</w:t>
      </w:r>
    </w:p>
    <w:sectPr w:rsidR="00B748A5" w:rsidRPr="00265A80" w:rsidSect="00B17B9D">
      <w:pgSz w:w="12240" w:h="15840"/>
      <w:pgMar w:top="709" w:right="1304" w:bottom="993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3D01E" w14:textId="77777777" w:rsidR="004C07E4" w:rsidRDefault="004C07E4" w:rsidP="007F3E93">
      <w:pPr>
        <w:spacing w:after="0" w:line="240" w:lineRule="auto"/>
      </w:pPr>
      <w:r>
        <w:separator/>
      </w:r>
    </w:p>
  </w:endnote>
  <w:endnote w:type="continuationSeparator" w:id="0">
    <w:p w14:paraId="55873BA6" w14:textId="77777777" w:rsidR="004C07E4" w:rsidRDefault="004C07E4" w:rsidP="007F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6C767" w14:textId="77777777" w:rsidR="004C07E4" w:rsidRDefault="004C07E4" w:rsidP="007F3E93">
      <w:pPr>
        <w:spacing w:after="0" w:line="240" w:lineRule="auto"/>
      </w:pPr>
      <w:r>
        <w:separator/>
      </w:r>
    </w:p>
  </w:footnote>
  <w:footnote w:type="continuationSeparator" w:id="0">
    <w:p w14:paraId="5410DF79" w14:textId="77777777" w:rsidR="004C07E4" w:rsidRDefault="004C07E4" w:rsidP="007F3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3F695B"/>
    <w:multiLevelType w:val="hybridMultilevel"/>
    <w:tmpl w:val="D3D06F74"/>
    <w:lvl w:ilvl="0" w:tplc="AC26E0E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D89"/>
    <w:rsid w:val="00071558"/>
    <w:rsid w:val="000928B0"/>
    <w:rsid w:val="000D339C"/>
    <w:rsid w:val="00125245"/>
    <w:rsid w:val="0015074B"/>
    <w:rsid w:val="00171C82"/>
    <w:rsid w:val="00265A80"/>
    <w:rsid w:val="002844D2"/>
    <w:rsid w:val="0029639D"/>
    <w:rsid w:val="00326F90"/>
    <w:rsid w:val="0042607A"/>
    <w:rsid w:val="004A35DE"/>
    <w:rsid w:val="004C07E4"/>
    <w:rsid w:val="00531B1B"/>
    <w:rsid w:val="005412C2"/>
    <w:rsid w:val="00553D4C"/>
    <w:rsid w:val="00574B98"/>
    <w:rsid w:val="00593F26"/>
    <w:rsid w:val="00596153"/>
    <w:rsid w:val="005A2324"/>
    <w:rsid w:val="005B4AAE"/>
    <w:rsid w:val="005B5D3B"/>
    <w:rsid w:val="0060142C"/>
    <w:rsid w:val="00693110"/>
    <w:rsid w:val="006E34C5"/>
    <w:rsid w:val="0072776B"/>
    <w:rsid w:val="00741720"/>
    <w:rsid w:val="00743123"/>
    <w:rsid w:val="00750257"/>
    <w:rsid w:val="00751F0D"/>
    <w:rsid w:val="00797A14"/>
    <w:rsid w:val="007A7BEE"/>
    <w:rsid w:val="007B431B"/>
    <w:rsid w:val="007E720E"/>
    <w:rsid w:val="007F3E93"/>
    <w:rsid w:val="00821567"/>
    <w:rsid w:val="008620C3"/>
    <w:rsid w:val="008B118C"/>
    <w:rsid w:val="009260B4"/>
    <w:rsid w:val="009434FC"/>
    <w:rsid w:val="00965AD9"/>
    <w:rsid w:val="009B3547"/>
    <w:rsid w:val="00A30FA8"/>
    <w:rsid w:val="00AA1D8D"/>
    <w:rsid w:val="00AA28B6"/>
    <w:rsid w:val="00AB3B5E"/>
    <w:rsid w:val="00B17B9D"/>
    <w:rsid w:val="00B358C3"/>
    <w:rsid w:val="00B47730"/>
    <w:rsid w:val="00B748A5"/>
    <w:rsid w:val="00BC0BFD"/>
    <w:rsid w:val="00C070A9"/>
    <w:rsid w:val="00C22783"/>
    <w:rsid w:val="00C2752D"/>
    <w:rsid w:val="00C62BD0"/>
    <w:rsid w:val="00CB0664"/>
    <w:rsid w:val="00CC4F41"/>
    <w:rsid w:val="00D63A7B"/>
    <w:rsid w:val="00D80C23"/>
    <w:rsid w:val="00DD0B6C"/>
    <w:rsid w:val="00E14612"/>
    <w:rsid w:val="00E2586A"/>
    <w:rsid w:val="00E50A4E"/>
    <w:rsid w:val="00E511E9"/>
    <w:rsid w:val="00E63D7C"/>
    <w:rsid w:val="00F53FAD"/>
    <w:rsid w:val="00F90843"/>
    <w:rsid w:val="00FC693F"/>
    <w:rsid w:val="00FD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F96AE"/>
  <w14:defaultImageDpi w14:val="300"/>
  <w15:docId w15:val="{AD52D372-4162-4EE2-99EA-F3140B94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324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D3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39C"/>
    <w:rPr>
      <w:rFonts w:ascii="Arial" w:eastAsia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39C"/>
    <w:rPr>
      <w:rFonts w:ascii="Arial" w:eastAsia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D4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A74545-B543-4747-A614-D129CA84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5</Pages>
  <Words>1446</Words>
  <Characters>8679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Małgorzata Herman</cp:lastModifiedBy>
  <cp:revision>49</cp:revision>
  <cp:lastPrinted>2026-08-10T10:23:00Z</cp:lastPrinted>
  <dcterms:created xsi:type="dcterms:W3CDTF">2013-12-23T23:15:00Z</dcterms:created>
  <dcterms:modified xsi:type="dcterms:W3CDTF">2026-08-11T11:06:00Z</dcterms:modified>
  <cp:category/>
</cp:coreProperties>
</file>